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BFD84" w14:textId="77777777" w:rsidR="00200FAC" w:rsidRDefault="00200FAC" w:rsidP="00DC5356">
      <w:pPr>
        <w:spacing w:after="160"/>
        <w:contextualSpacing/>
        <w:rPr>
          <w:rFonts w:ascii="TH Sarabun New" w:eastAsia="Calibri" w:hAnsi="TH Sarabun New" w:cs="TH Sarabun New"/>
          <w:b/>
          <w:bCs/>
          <w:color w:val="auto"/>
          <w:szCs w:val="32"/>
          <w:lang w:bidi="th-TH"/>
        </w:rPr>
      </w:pPr>
    </w:p>
    <w:p w14:paraId="7330D91E" w14:textId="0AC279EC" w:rsidR="00DC5356" w:rsidRPr="00DC5356" w:rsidRDefault="00DC5356" w:rsidP="00DC5356">
      <w:pPr>
        <w:spacing w:after="160"/>
        <w:contextualSpacing/>
        <w:rPr>
          <w:rFonts w:ascii="TH Sarabun New" w:eastAsia="Calibri" w:hAnsi="TH Sarabun New" w:cs="TH Sarabun New"/>
          <w:color w:val="auto"/>
          <w:szCs w:val="32"/>
          <w:lang w:bidi="th-TH"/>
        </w:rPr>
      </w:pPr>
      <w:r w:rsidRPr="00DC5356">
        <w:rPr>
          <w:rFonts w:ascii="TH Sarabun New" w:eastAsia="Calibri" w:hAnsi="TH Sarabun New" w:cs="TH Sarabun New"/>
          <w:b/>
          <w:bCs/>
          <w:color w:val="auto"/>
          <w:szCs w:val="32"/>
          <w:cs/>
          <w:lang w:bidi="th-TH"/>
        </w:rPr>
        <w:t xml:space="preserve">ชื่อโครงการวิจัย (ไทย) </w:t>
      </w:r>
      <w:r w:rsidRPr="00DC5356">
        <w:rPr>
          <w:rFonts w:ascii="TH Sarabun New" w:eastAsia="Calibri" w:hAnsi="TH Sarabun New" w:cs="TH Sarabun New"/>
          <w:color w:val="auto"/>
          <w:szCs w:val="32"/>
          <w:cs/>
          <w:lang w:bidi="th-TH"/>
        </w:rPr>
        <w:t xml:space="preserve">………………………………………………………………………………………………. </w:t>
      </w:r>
    </w:p>
    <w:p w14:paraId="10924B6E" w14:textId="677EA3B0" w:rsidR="00A037EB" w:rsidRDefault="00DC5356" w:rsidP="00DC5356">
      <w:pPr>
        <w:spacing w:after="160" w:line="240" w:lineRule="auto"/>
        <w:contextualSpacing/>
        <w:rPr>
          <w:rFonts w:ascii="TH Sarabun New" w:eastAsia="Calibri" w:hAnsi="TH Sarabun New" w:cs="TH Sarabun New"/>
          <w:color w:val="auto"/>
          <w:szCs w:val="32"/>
          <w:lang w:bidi="th-TH"/>
        </w:rPr>
      </w:pPr>
      <w:r w:rsidRPr="00DC5356">
        <w:rPr>
          <w:rFonts w:ascii="TH Sarabun New" w:eastAsia="Calibri" w:hAnsi="TH Sarabun New" w:cs="TH Sarabun New"/>
          <w:b/>
          <w:bCs/>
          <w:color w:val="auto"/>
          <w:szCs w:val="32"/>
          <w:cs/>
          <w:lang w:bidi="th-TH"/>
        </w:rPr>
        <w:t xml:space="preserve">ชื่อโครงการวิจัย (อังกฤษ) </w:t>
      </w:r>
      <w:r w:rsidRPr="00DC5356">
        <w:rPr>
          <w:rFonts w:ascii="TH Sarabun New" w:eastAsia="Calibri" w:hAnsi="TH Sarabun New" w:cs="TH Sarabun New"/>
          <w:color w:val="auto"/>
          <w:szCs w:val="32"/>
          <w:cs/>
          <w:lang w:bidi="th-TH"/>
        </w:rPr>
        <w:t xml:space="preserve">………………………………………………………………………………………… </w:t>
      </w:r>
    </w:p>
    <w:p w14:paraId="1D4F06BA" w14:textId="77777777" w:rsidR="00200FAC" w:rsidRPr="00DC5356" w:rsidRDefault="00200FAC" w:rsidP="00DC5356">
      <w:pPr>
        <w:spacing w:after="160" w:line="240" w:lineRule="auto"/>
        <w:contextualSpacing/>
        <w:rPr>
          <w:rFonts w:ascii="TH Sarabun New" w:eastAsia="Calibri" w:hAnsi="TH Sarabun New" w:cs="TH Sarabun New" w:hint="cs"/>
          <w:color w:val="auto"/>
          <w:szCs w:val="32"/>
          <w:lang w:bidi="th-TH"/>
        </w:rPr>
      </w:pPr>
    </w:p>
    <w:p w14:paraId="058AFA93" w14:textId="536DF727" w:rsidR="00A037EB" w:rsidRPr="00A037EB" w:rsidRDefault="00000000" w:rsidP="00A037EB">
      <w:pPr>
        <w:autoSpaceDE w:val="0"/>
        <w:autoSpaceDN w:val="0"/>
        <w:adjustRightInd w:val="0"/>
        <w:rPr>
          <w:rFonts w:ascii="TH Sarabun New" w:eastAsia="SimSun" w:hAnsi="TH Sarabun New" w:cs="TH Sarabun New"/>
          <w:color w:val="auto"/>
          <w:szCs w:val="32"/>
          <w:u w:val="dotted"/>
          <w:lang w:eastAsia="zh-CN" w:bidi="th-TH"/>
        </w:rPr>
      </w:pPr>
      <w:proofErr w:type="spellStart"/>
      <w:r w:rsidRPr="00A037EB">
        <w:rPr>
          <w:rFonts w:ascii="TH Sarabun New" w:hAnsi="TH Sarabun New" w:cs="TH Sarabun New"/>
          <w:b/>
          <w:highlight w:val="yellow"/>
        </w:rPr>
        <w:t>ผู้ให้ข้อมูล</w:t>
      </w:r>
      <w:proofErr w:type="spellEnd"/>
      <w:r w:rsidRPr="00A037EB">
        <w:rPr>
          <w:rFonts w:ascii="TH Sarabun New" w:hAnsi="TH Sarabun New" w:cs="TH Sarabun New"/>
          <w:b/>
          <w:highlight w:val="yellow"/>
        </w:rPr>
        <w:t>:</w:t>
      </w:r>
      <w:r w:rsidRPr="00EB21D9">
        <w:rPr>
          <w:rFonts w:ascii="TH Sarabun New" w:hAnsi="TH Sarabun New" w:cs="TH Sarabun New"/>
          <w:b/>
        </w:rPr>
        <w:t xml:space="preserve"> </w:t>
      </w:r>
      <w:r w:rsidRPr="00EB21D9">
        <w:rPr>
          <w:rFonts w:ascii="TH Sarabun New" w:hAnsi="TH Sarabun New" w:cs="TH Sarabun New"/>
        </w:rPr>
        <w:br/>
      </w:r>
      <w:r w:rsidR="00A037EB" w:rsidRPr="00A037EB">
        <w:rPr>
          <w:rFonts w:ascii="TH Sarabun New" w:eastAsia="SimSun" w:hAnsi="TH Sarabun New" w:cs="TH Sarabun New"/>
          <w:b/>
          <w:bCs/>
          <w:color w:val="auto"/>
          <w:szCs w:val="32"/>
          <w:cs/>
          <w:lang w:eastAsia="zh-CN" w:bidi="th-TH"/>
        </w:rPr>
        <w:t>ชื่อ</w:t>
      </w:r>
      <w:r w:rsidR="00A037EB"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>: (นาย/นาง/นางสาว)</w:t>
      </w:r>
      <w:r w:rsidR="00200FAC">
        <w:rPr>
          <w:rFonts w:ascii="TH Sarabun New" w:eastAsia="SimSun" w:hAnsi="TH Sarabun New" w:cs="TH Sarabun New" w:hint="cs"/>
          <w:color w:val="auto"/>
          <w:szCs w:val="32"/>
          <w:u w:val="dotted"/>
          <w:cs/>
          <w:lang w:eastAsia="zh-CN" w:bidi="th-TH"/>
        </w:rPr>
        <w:t xml:space="preserve"> </w:t>
      </w:r>
      <w:r w:rsidR="00A037EB" w:rsidRPr="00A037EB">
        <w:rPr>
          <w:rFonts w:ascii="TH Sarabun New" w:eastAsia="SimSun" w:hAnsi="TH Sarabun New" w:cs="TH Sarabun New"/>
          <w:color w:val="auto"/>
          <w:szCs w:val="32"/>
          <w:u w:val="dotted"/>
          <w:cs/>
          <w:lang w:eastAsia="zh-CN" w:bidi="th-TH"/>
        </w:rPr>
        <w:t>……………………………………………</w:t>
      </w:r>
      <w:r w:rsidR="00A037EB" w:rsidRPr="00A037EB">
        <w:rPr>
          <w:rFonts w:ascii="TH Sarabun New" w:eastAsia="SimSun" w:hAnsi="TH Sarabun New" w:cs="TH Sarabun New"/>
          <w:color w:val="auto"/>
          <w:szCs w:val="32"/>
          <w:lang w:eastAsia="zh-CN" w:bidi="th-TH"/>
        </w:rPr>
        <w:t xml:space="preserve"> </w:t>
      </w:r>
      <w:r w:rsidR="00A037EB"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>นามสกุล</w:t>
      </w:r>
      <w:r w:rsidR="00A037EB" w:rsidRPr="00A037EB">
        <w:rPr>
          <w:rFonts w:ascii="TH Sarabun New" w:eastAsia="SimSun" w:hAnsi="TH Sarabun New" w:cs="TH Sarabun New"/>
          <w:color w:val="auto"/>
          <w:szCs w:val="32"/>
          <w:lang w:eastAsia="zh-CN" w:bidi="th-TH"/>
        </w:rPr>
        <w:t xml:space="preserve"> </w:t>
      </w:r>
      <w:r w:rsidR="00A037EB" w:rsidRPr="00A037EB">
        <w:rPr>
          <w:rFonts w:ascii="TH Sarabun New" w:eastAsia="SimSun" w:hAnsi="TH Sarabun New" w:cs="TH Sarabun New"/>
          <w:color w:val="auto"/>
          <w:szCs w:val="32"/>
          <w:u w:val="dotted"/>
          <w:cs/>
          <w:lang w:eastAsia="zh-CN" w:bidi="th-TH"/>
        </w:rPr>
        <w:t>……………………………………………………</w:t>
      </w:r>
    </w:p>
    <w:p w14:paraId="3FBB83F6" w14:textId="77777777" w:rsidR="00A037EB" w:rsidRPr="00A037EB" w:rsidRDefault="00A037EB" w:rsidP="00A037EB">
      <w:pPr>
        <w:autoSpaceDE w:val="0"/>
        <w:autoSpaceDN w:val="0"/>
        <w:adjustRightInd w:val="0"/>
        <w:spacing w:after="0" w:line="240" w:lineRule="auto"/>
        <w:rPr>
          <w:rFonts w:ascii="TH Sarabun New" w:eastAsia="SimSun" w:hAnsi="TH Sarabun New" w:cs="TH Sarabun New"/>
          <w:color w:val="auto"/>
          <w:szCs w:val="32"/>
          <w:u w:val="dotted"/>
          <w:lang w:eastAsia="zh-CN" w:bidi="th-TH"/>
        </w:rPr>
      </w:pPr>
      <w:r w:rsidRPr="00A037EB">
        <w:rPr>
          <w:rFonts w:ascii="TH Sarabun New" w:eastAsia="SimSun" w:hAnsi="TH Sarabun New" w:cs="TH Sarabun New"/>
          <w:b/>
          <w:bCs/>
          <w:color w:val="auto"/>
          <w:szCs w:val="32"/>
          <w:cs/>
          <w:lang w:eastAsia="zh-CN" w:bidi="th-TH"/>
        </w:rPr>
        <w:t>อาชีพ/ตำแหน่ง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 xml:space="preserve">:  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6F"/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 </w:t>
      </w:r>
      <w:r w:rsidRPr="00A037EB">
        <w:rPr>
          <w:rFonts w:ascii="TH Sarabun New" w:eastAsia="Wingdings-Regular" w:hAnsi="TH Sarabun New" w:cs="TH Sarabun New"/>
          <w:color w:val="auto"/>
          <w:szCs w:val="32"/>
          <w:cs/>
          <w:lang w:eastAsia="zh-CN" w:bidi="th-TH"/>
        </w:rPr>
        <w:t xml:space="preserve"> 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 xml:space="preserve">อาจารย์    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6F"/>
      </w:r>
      <w:r w:rsidRPr="00A037EB">
        <w:rPr>
          <w:rFonts w:ascii="TH Sarabun New" w:eastAsia="Wingdings-Regular" w:hAnsi="TH Sarabun New" w:cs="TH Sarabun New"/>
          <w:color w:val="auto"/>
          <w:szCs w:val="32"/>
          <w:cs/>
          <w:lang w:eastAsia="zh-CN" w:bidi="th-TH"/>
        </w:rPr>
        <w:t xml:space="preserve"> 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>นักศึกษา</w:t>
      </w:r>
      <w:r w:rsidRPr="00A037EB">
        <w:rPr>
          <w:rFonts w:ascii="TH Sarabun New" w:eastAsia="SimSun" w:hAnsi="TH Sarabun New" w:cs="TH Sarabun New"/>
          <w:color w:val="auto"/>
          <w:szCs w:val="32"/>
          <w:lang w:eastAsia="zh-CN" w:bidi="th-TH"/>
        </w:rPr>
        <w:t xml:space="preserve"> 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>(</w:t>
      </w:r>
      <w:r w:rsidRPr="00A037EB">
        <w:rPr>
          <w:rFonts w:ascii="TH Sarabun New" w:eastAsia="SimSun" w:hAnsi="TH Sarabun New" w:cs="TH Sarabun New"/>
          <w:color w:val="auto"/>
          <w:szCs w:val="32"/>
          <w:lang w:eastAsia="zh-CN" w:bidi="th-TH"/>
        </w:rPr>
        <w:t>ID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 xml:space="preserve">) </w:t>
      </w:r>
      <w:r w:rsidRPr="00A037EB">
        <w:rPr>
          <w:rFonts w:ascii="TH Sarabun New" w:eastAsia="SimSun" w:hAnsi="TH Sarabun New" w:cs="TH Sarabun New"/>
          <w:color w:val="auto"/>
          <w:szCs w:val="32"/>
          <w:u w:val="dotted"/>
          <w:cs/>
          <w:lang w:eastAsia="zh-CN" w:bidi="th-TH"/>
        </w:rPr>
        <w:t>……………………………………………………</w:t>
      </w:r>
    </w:p>
    <w:p w14:paraId="17C254CD" w14:textId="77777777" w:rsidR="00A037EB" w:rsidRPr="00A037EB" w:rsidRDefault="00A037EB" w:rsidP="00A037EB">
      <w:pPr>
        <w:autoSpaceDE w:val="0"/>
        <w:autoSpaceDN w:val="0"/>
        <w:adjustRightInd w:val="0"/>
        <w:spacing w:after="0" w:line="240" w:lineRule="auto"/>
        <w:rPr>
          <w:rFonts w:ascii="TH Sarabun New" w:eastAsia="SimSun" w:hAnsi="TH Sarabun New" w:cs="TH Sarabun New"/>
          <w:color w:val="auto"/>
          <w:szCs w:val="32"/>
          <w:lang w:eastAsia="zh-CN" w:bidi="th-TH"/>
        </w:rPr>
      </w:pP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                      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6F"/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  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>อื่นๆ</w:t>
      </w:r>
      <w:r w:rsidRPr="00A037EB">
        <w:rPr>
          <w:rFonts w:ascii="TH Sarabun New" w:eastAsia="SimSun" w:hAnsi="TH Sarabun New" w:cs="TH Sarabun New"/>
          <w:color w:val="auto"/>
          <w:szCs w:val="32"/>
          <w:lang w:eastAsia="zh-CN" w:bidi="th-TH"/>
        </w:rPr>
        <w:t xml:space="preserve"> 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 xml:space="preserve">(โปรดระบุ) </w:t>
      </w:r>
      <w:r w:rsidRPr="00A037EB">
        <w:rPr>
          <w:rFonts w:ascii="TH Sarabun New" w:eastAsia="SimSun" w:hAnsi="TH Sarabun New" w:cs="TH Sarabun New"/>
          <w:color w:val="auto"/>
          <w:szCs w:val="32"/>
          <w:u w:val="dotted"/>
          <w:cs/>
          <w:lang w:eastAsia="zh-CN" w:bidi="th-TH"/>
        </w:rPr>
        <w:t>....................................................................................</w:t>
      </w:r>
    </w:p>
    <w:p w14:paraId="153C0D8C" w14:textId="77777777" w:rsidR="00A037EB" w:rsidRPr="00A037EB" w:rsidRDefault="00A037EB" w:rsidP="00A037EB">
      <w:pPr>
        <w:spacing w:after="0" w:line="240" w:lineRule="auto"/>
        <w:rPr>
          <w:rFonts w:ascii="TH Sarabun New" w:eastAsia="Times New Roman" w:hAnsi="TH Sarabun New" w:cs="TH Sarabun New"/>
          <w:color w:val="auto"/>
          <w:szCs w:val="32"/>
          <w:u w:val="dotted"/>
          <w:lang w:bidi="th-TH"/>
        </w:rPr>
      </w:pP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cs/>
          <w:lang w:bidi="th-TH"/>
        </w:rPr>
        <w:t>สังกัด:</w:t>
      </w: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lang w:bidi="th-TH"/>
        </w:rPr>
        <w:t xml:space="preserve"> </w:t>
      </w: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cs/>
          <w:lang w:bidi="th-TH"/>
        </w:rPr>
        <w:t>คณะ/ วิทยาลัย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 xml:space="preserve"> </w:t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: </w:t>
      </w:r>
      <w:r w:rsidRPr="00A037EB">
        <w:rPr>
          <w:rFonts w:ascii="TH Sarabun New" w:eastAsia="Times New Roman" w:hAnsi="TH Sarabun New" w:cs="TH Sarabun New"/>
          <w:color w:val="auto"/>
          <w:szCs w:val="32"/>
          <w:u w:val="dotted"/>
          <w:cs/>
          <w:lang w:bidi="th-TH"/>
        </w:rPr>
        <w:t>…………………………………………………………………………………………………..</w:t>
      </w:r>
    </w:p>
    <w:p w14:paraId="3BE07BDE" w14:textId="791833DD" w:rsidR="00A037EB" w:rsidRPr="00A037EB" w:rsidRDefault="00A037EB" w:rsidP="00A037EB">
      <w:pPr>
        <w:spacing w:after="0" w:line="240" w:lineRule="auto"/>
        <w:jc w:val="both"/>
        <w:rPr>
          <w:rFonts w:ascii="TH Sarabun New" w:eastAsia="Times New Roman" w:hAnsi="TH Sarabun New" w:cs="TH Sarabun New"/>
          <w:color w:val="auto"/>
          <w:szCs w:val="32"/>
          <w:lang w:bidi="th-TH"/>
        </w:rPr>
      </w:pP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cs/>
          <w:lang w:bidi="th-TH"/>
        </w:rPr>
        <w:t>ที่อยู่</w:t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>: ..................................................................................................................................................................</w:t>
      </w:r>
    </w:p>
    <w:p w14:paraId="2F9CC6EB" w14:textId="5833D9D6" w:rsidR="00200FAC" w:rsidRDefault="00A037EB" w:rsidP="00A037EB">
      <w:pPr>
        <w:spacing w:after="0" w:line="240" w:lineRule="auto"/>
        <w:jc w:val="both"/>
        <w:rPr>
          <w:rFonts w:ascii="TH Sarabun New" w:eastAsia="SimSun" w:hAnsi="TH Sarabun New" w:cs="TH Sarabun New" w:hint="cs"/>
          <w:color w:val="auto"/>
          <w:szCs w:val="32"/>
          <w:lang w:eastAsia="zh-CN" w:bidi="th-TH"/>
        </w:rPr>
      </w:pP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cs/>
          <w:lang w:bidi="th-TH"/>
        </w:rPr>
        <w:t>หมายเลขโทรศัพท์</w:t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>: ...................................................</w:t>
      </w:r>
      <w:r w:rsidR="00485CDC">
        <w:rPr>
          <w:rFonts w:ascii="TH Sarabun New" w:eastAsia="SimSun" w:hAnsi="TH Sarabun New" w:cs="TH Sarabun New" w:hint="cs"/>
          <w:color w:val="auto"/>
          <w:szCs w:val="32"/>
          <w:cs/>
          <w:lang w:eastAsia="zh-CN" w:bidi="th-TH"/>
        </w:rPr>
        <w:t xml:space="preserve"> </w:t>
      </w:r>
      <w:r w:rsidRPr="00A037EB">
        <w:rPr>
          <w:rFonts w:ascii="TH Sarabun New" w:eastAsia="SimSun" w:hAnsi="TH Sarabun New" w:cs="TH Sarabun New"/>
          <w:b/>
          <w:bCs/>
          <w:color w:val="auto"/>
          <w:szCs w:val="32"/>
          <w:cs/>
          <w:lang w:eastAsia="zh-CN" w:bidi="th-TH"/>
        </w:rPr>
        <w:t>อีเมล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>: ........................................................................</w:t>
      </w:r>
    </w:p>
    <w:p w14:paraId="063C30F0" w14:textId="1860E4BD" w:rsidR="00A037EB" w:rsidRPr="00200FAC" w:rsidRDefault="00000000">
      <w:pPr>
        <w:rPr>
          <w:rFonts w:ascii="TH Sarabun New" w:hAnsi="TH Sarabun New" w:cs="TH Sarabun New"/>
          <w:color w:val="3333FF"/>
          <w:lang w:bidi="th-TH"/>
        </w:rPr>
      </w:pPr>
      <w:proofErr w:type="spellStart"/>
      <w:r w:rsidRPr="00200FAC">
        <w:rPr>
          <w:rFonts w:ascii="TH Sarabun New" w:hAnsi="TH Sarabun New" w:cs="TH Sarabun New"/>
          <w:b/>
          <w:color w:val="3333FF"/>
          <w:szCs w:val="32"/>
        </w:rPr>
        <w:t>บทบาทหน้าที่ในโครงการ</w:t>
      </w:r>
      <w:proofErr w:type="spellEnd"/>
      <w:r w:rsidR="00A037EB" w:rsidRPr="00200FAC">
        <w:rPr>
          <w:rFonts w:ascii="TH Sarabun New" w:hAnsi="TH Sarabun New" w:cs="TH Sarabun New" w:hint="cs"/>
          <w:bCs/>
          <w:color w:val="3333FF"/>
          <w:szCs w:val="32"/>
          <w:cs/>
          <w:lang w:bidi="th-TH"/>
        </w:rPr>
        <w:t>วิจัย</w:t>
      </w:r>
      <w:r w:rsidRPr="00200FAC">
        <w:rPr>
          <w:rFonts w:ascii="TH Sarabun New" w:hAnsi="TH Sarabun New" w:cs="TH Sarabun New"/>
          <w:bCs/>
          <w:color w:val="3333FF"/>
          <w:szCs w:val="32"/>
        </w:rPr>
        <w:t>:</w:t>
      </w:r>
      <w:r w:rsidRPr="00200FAC">
        <w:rPr>
          <w:rFonts w:ascii="TH Sarabun New" w:hAnsi="TH Sarabun New" w:cs="TH Sarabun New"/>
          <w:b/>
          <w:color w:val="3333FF"/>
        </w:rPr>
        <w:t xml:space="preserve"> </w:t>
      </w:r>
      <w:r w:rsidRPr="00200FAC">
        <w:rPr>
          <w:rFonts w:ascii="TH Sarabun New" w:hAnsi="TH Sarabun New" w:cs="TH Sarabun New"/>
          <w:color w:val="3333FF"/>
        </w:rPr>
        <w:br/>
      </w:r>
      <w:r w:rsidR="00E1094B" w:rsidRPr="00200FAC">
        <w:rPr>
          <w:rFonts w:ascii="TH Sarabun New" w:eastAsia="Times New Roman" w:hAnsi="TH Sarabun New" w:cs="TH Sarabun New"/>
          <w:color w:val="3333FF"/>
          <w:szCs w:val="32"/>
          <w:lang w:bidi="th-TH"/>
        </w:rPr>
        <w:sym w:font="Wingdings" w:char="F0A8"/>
      </w:r>
      <w:r w:rsidRPr="00200FAC">
        <w:rPr>
          <w:rFonts w:ascii="TH Sarabun New" w:hAnsi="TH Sarabun New" w:cs="TH Sarabun New"/>
          <w:color w:val="3333FF"/>
        </w:rPr>
        <w:t xml:space="preserve"> </w:t>
      </w:r>
      <w:proofErr w:type="spellStart"/>
      <w:r w:rsidRPr="00200FAC">
        <w:rPr>
          <w:rFonts w:ascii="TH Sarabun New" w:hAnsi="TH Sarabun New" w:cs="TH Sarabun New"/>
          <w:color w:val="3333FF"/>
        </w:rPr>
        <w:t>ผู้วิจัยหลัก</w:t>
      </w:r>
      <w:proofErr w:type="spellEnd"/>
      <w:r w:rsidRPr="00200FAC">
        <w:rPr>
          <w:rFonts w:ascii="TH Sarabun New" w:hAnsi="TH Sarabun New" w:cs="TH Sarabun New"/>
          <w:color w:val="3333FF"/>
        </w:rPr>
        <w:t xml:space="preserve"> </w:t>
      </w:r>
      <w:r w:rsidR="007812B7" w:rsidRPr="00200FAC">
        <w:rPr>
          <w:rFonts w:ascii="TH Sarabun New" w:hAnsi="TH Sarabun New" w:cs="TH Sarabun New"/>
          <w:color w:val="3333FF"/>
          <w:cs/>
          <w:lang w:bidi="th-TH"/>
        </w:rPr>
        <w:tab/>
      </w:r>
      <w:r w:rsidR="007812B7" w:rsidRPr="00200FAC">
        <w:rPr>
          <w:rFonts w:ascii="TH Sarabun New" w:hAnsi="TH Sarabun New" w:cs="TH Sarabun New"/>
          <w:color w:val="3333FF"/>
          <w:cs/>
          <w:lang w:bidi="th-TH"/>
        </w:rPr>
        <w:tab/>
      </w:r>
      <w:r w:rsidR="00E1094B" w:rsidRPr="00200FAC">
        <w:rPr>
          <w:rFonts w:ascii="TH Sarabun New" w:eastAsia="Times New Roman" w:hAnsi="TH Sarabun New" w:cs="TH Sarabun New"/>
          <w:color w:val="3333FF"/>
          <w:szCs w:val="32"/>
          <w:lang w:bidi="th-TH"/>
        </w:rPr>
        <w:sym w:font="Wingdings" w:char="F0A8"/>
      </w:r>
      <w:r w:rsidRPr="00200FAC">
        <w:rPr>
          <w:rFonts w:ascii="TH Sarabun New" w:hAnsi="TH Sarabun New" w:cs="TH Sarabun New"/>
          <w:color w:val="3333FF"/>
        </w:rPr>
        <w:t xml:space="preserve"> </w:t>
      </w:r>
      <w:proofErr w:type="spellStart"/>
      <w:r w:rsidRPr="00200FAC">
        <w:rPr>
          <w:rFonts w:ascii="TH Sarabun New" w:hAnsi="TH Sarabun New" w:cs="TH Sarabun New"/>
          <w:color w:val="3333FF"/>
        </w:rPr>
        <w:t>ผู้วิจัยร่วม</w:t>
      </w:r>
      <w:proofErr w:type="spellEnd"/>
      <w:r w:rsidRPr="00200FAC">
        <w:rPr>
          <w:rFonts w:ascii="TH Sarabun New" w:hAnsi="TH Sarabun New" w:cs="TH Sarabun New"/>
          <w:color w:val="3333FF"/>
        </w:rPr>
        <w:t xml:space="preserve"> </w:t>
      </w:r>
      <w:r w:rsidR="00E1094B" w:rsidRPr="00200FAC">
        <w:rPr>
          <w:rFonts w:ascii="TH Sarabun New" w:hAnsi="TH Sarabun New" w:cs="TH Sarabun New" w:hint="cs"/>
          <w:color w:val="3333FF"/>
          <w:cs/>
          <w:lang w:bidi="th-TH"/>
        </w:rPr>
        <w:t xml:space="preserve">    </w:t>
      </w:r>
      <w:r w:rsidR="007812B7" w:rsidRPr="00200FAC">
        <w:rPr>
          <w:rFonts w:ascii="TH Sarabun New" w:hAnsi="TH Sarabun New" w:cs="TH Sarabun New"/>
          <w:color w:val="3333FF"/>
          <w:cs/>
          <w:lang w:bidi="th-TH"/>
        </w:rPr>
        <w:tab/>
      </w:r>
      <w:r w:rsidR="007812B7" w:rsidRPr="00200FAC">
        <w:rPr>
          <w:rFonts w:ascii="TH Sarabun New" w:hAnsi="TH Sarabun New" w:cs="TH Sarabun New"/>
          <w:color w:val="3333FF"/>
          <w:cs/>
          <w:lang w:bidi="th-TH"/>
        </w:rPr>
        <w:tab/>
      </w:r>
      <w:r w:rsidR="00E1094B" w:rsidRPr="00200FAC">
        <w:rPr>
          <w:rFonts w:ascii="TH Sarabun New" w:eastAsia="Times New Roman" w:hAnsi="TH Sarabun New" w:cs="TH Sarabun New"/>
          <w:color w:val="3333FF"/>
          <w:szCs w:val="32"/>
          <w:lang w:bidi="th-TH"/>
        </w:rPr>
        <w:sym w:font="Wingdings" w:char="F0A8"/>
      </w:r>
      <w:r w:rsidRPr="00200FAC">
        <w:rPr>
          <w:rFonts w:ascii="TH Sarabun New" w:hAnsi="TH Sarabun New" w:cs="TH Sarabun New"/>
          <w:color w:val="3333FF"/>
        </w:rPr>
        <w:t xml:space="preserve"> </w:t>
      </w:r>
      <w:r w:rsidR="00A037EB" w:rsidRPr="00200FAC">
        <w:rPr>
          <w:rFonts w:ascii="TH Sarabun New" w:hAnsi="TH Sarabun New" w:cs="TH Sarabun New" w:hint="cs"/>
          <w:color w:val="3333FF"/>
          <w:szCs w:val="32"/>
          <w:cs/>
          <w:lang w:bidi="th-TH"/>
        </w:rPr>
        <w:t xml:space="preserve">อาจารย์ที่ปรึกษา </w:t>
      </w:r>
      <w:r w:rsidR="007812B7" w:rsidRPr="00200FAC">
        <w:rPr>
          <w:rFonts w:ascii="TH Sarabun New" w:hAnsi="TH Sarabun New" w:cs="TH Sarabun New"/>
          <w:color w:val="3333FF"/>
          <w:szCs w:val="32"/>
          <w:cs/>
          <w:lang w:bidi="th-TH"/>
        </w:rPr>
        <w:tab/>
      </w:r>
      <w:r w:rsidR="00E1094B" w:rsidRPr="00200FAC">
        <w:rPr>
          <w:rFonts w:ascii="TH Sarabun New" w:eastAsia="Times New Roman" w:hAnsi="TH Sarabun New" w:cs="TH Sarabun New"/>
          <w:color w:val="3333FF"/>
          <w:szCs w:val="32"/>
          <w:lang w:bidi="th-TH"/>
        </w:rPr>
        <w:sym w:font="Wingdings" w:char="F0A8"/>
      </w:r>
      <w:r w:rsidR="00A037EB" w:rsidRPr="00200FAC">
        <w:rPr>
          <w:rFonts w:ascii="TH Sarabun New" w:hAnsi="TH Sarabun New" w:cs="TH Sarabun New" w:hint="cs"/>
          <w:color w:val="3333FF"/>
          <w:szCs w:val="32"/>
          <w:cs/>
          <w:lang w:bidi="th-TH"/>
        </w:rPr>
        <w:t xml:space="preserve"> </w:t>
      </w:r>
      <w:proofErr w:type="spellStart"/>
      <w:r w:rsidRPr="00200FAC">
        <w:rPr>
          <w:rFonts w:ascii="TH Sarabun New" w:hAnsi="TH Sarabun New" w:cs="TH Sarabun New"/>
          <w:color w:val="3333FF"/>
        </w:rPr>
        <w:t>บุคลากรในทีมวิจัย</w:t>
      </w:r>
      <w:proofErr w:type="spellEnd"/>
    </w:p>
    <w:p w14:paraId="3D4C20C9" w14:textId="77777777" w:rsidR="00A037EB" w:rsidRPr="00A037EB" w:rsidRDefault="00A037EB" w:rsidP="00A037EB">
      <w:pPr>
        <w:rPr>
          <w:rFonts w:ascii="TH Sarabun New" w:eastAsia="Times New Roman" w:hAnsi="TH Sarabun New" w:cs="TH Sarabun New"/>
          <w:b/>
          <w:bCs/>
          <w:color w:val="auto"/>
          <w:szCs w:val="32"/>
          <w:lang w:bidi="th-TH"/>
        </w:rPr>
      </w:pP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cs/>
          <w:lang w:bidi="th-TH"/>
        </w:rPr>
        <w:t>การได้รับการสนับสนุนการทำวิจัย</w:t>
      </w: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lang w:bidi="th-TH"/>
        </w:rPr>
        <w:t xml:space="preserve"> (Sponsor/Source of Research funding)</w:t>
      </w:r>
    </w:p>
    <w:p w14:paraId="32984B03" w14:textId="77777777" w:rsidR="007812B7" w:rsidRDefault="00A037EB" w:rsidP="00A037EB">
      <w:pPr>
        <w:spacing w:after="0" w:line="240" w:lineRule="auto"/>
        <w:rPr>
          <w:rFonts w:ascii="TH Sarabun New" w:eastAsia="Times New Roman" w:hAnsi="TH Sarabun New" w:cs="TH Sarabun New"/>
          <w:color w:val="auto"/>
          <w:szCs w:val="32"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>1</w:t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) 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 ไม่ได้รับ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 xml:space="preserve"> (No)</w:t>
      </w:r>
      <w:r w:rsidR="007812B7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ab/>
      </w:r>
      <w:r w:rsidR="007812B7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ab/>
      </w:r>
    </w:p>
    <w:p w14:paraId="0FF641F0" w14:textId="4EF1F030" w:rsidR="00A037EB" w:rsidRPr="00A037EB" w:rsidRDefault="00A037EB" w:rsidP="00A037EB">
      <w:pPr>
        <w:spacing w:after="0" w:line="240" w:lineRule="auto"/>
        <w:rPr>
          <w:rFonts w:ascii="TH Sarabun New" w:eastAsia="Times New Roman" w:hAnsi="TH Sarabun New" w:cs="TH Sarabun New"/>
          <w:color w:val="auto"/>
          <w:szCs w:val="32"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2) 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 ได้รับ 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>(Yes)</w:t>
      </w:r>
    </w:p>
    <w:p w14:paraId="754C5C6A" w14:textId="23C3229E" w:rsidR="00A037EB" w:rsidRPr="00A037EB" w:rsidRDefault="00A037EB" w:rsidP="00A037EB">
      <w:pPr>
        <w:spacing w:after="0" w:line="240" w:lineRule="auto"/>
        <w:rPr>
          <w:rFonts w:ascii="TH Sarabun New" w:eastAsia="Times New Roman" w:hAnsi="TH Sarabun New" w:cs="TH Sarabun New"/>
          <w:color w:val="auto"/>
          <w:szCs w:val="32"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 xml:space="preserve">  - </w:t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>ประเภทการสนับสนุน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 xml:space="preserve"> (type of research support)   </w:t>
      </w:r>
    </w:p>
    <w:p w14:paraId="0D82529C" w14:textId="5D3DA503" w:rsidR="00A037EB" w:rsidRPr="00485CDC" w:rsidRDefault="00A037EB" w:rsidP="00485CDC">
      <w:pPr>
        <w:spacing w:after="0" w:line="240" w:lineRule="auto"/>
        <w:ind w:right="-110"/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 xml:space="preserve"> </w:t>
      </w:r>
      <w:r w:rsidR="007812B7">
        <w:rPr>
          <w:rFonts w:ascii="TH Sarabun New" w:eastAsia="Times New Roman" w:hAnsi="TH Sarabun New" w:cs="TH Sarabun New" w:hint="cs"/>
          <w:color w:val="auto"/>
          <w:szCs w:val="32"/>
          <w:cs/>
          <w:lang w:bidi="th-TH"/>
        </w:rPr>
        <w:t xml:space="preserve">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sym w:font="Wingdings 2" w:char="F099"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เงินทุนวิจัย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(research funding) 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sym w:font="Wingdings 2" w:char="F099"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 xml:space="preserve"> เครื่องมือ /อุปกรณ์ / ชีวภาพ /อื่นๆ </w:t>
      </w:r>
      <w:r w:rsidRPr="00A037EB">
        <w:rPr>
          <w:rFonts w:ascii="TH Sarabun New" w:eastAsia="Times New Roman" w:hAnsi="TH Sarabun New" w:cs="TH Sarabun New"/>
          <w:color w:val="auto"/>
          <w:sz w:val="28"/>
          <w:szCs w:val="28"/>
          <w:lang w:bidi="th-TH"/>
        </w:rPr>
        <w:t>(Tools / Equipment / Biological / Other)</w:t>
      </w:r>
    </w:p>
    <w:p w14:paraId="5BA7E723" w14:textId="7E93BDBB" w:rsidR="00A037EB" w:rsidRPr="00A037EB" w:rsidRDefault="00A037EB" w:rsidP="00A037EB">
      <w:pPr>
        <w:spacing w:after="0" w:line="240" w:lineRule="auto"/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 xml:space="preserve">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-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แหล่งทุน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>/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 xml:space="preserve">ผู้สนับสนุน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>(funding source/sponsor)</w:t>
      </w:r>
    </w:p>
    <w:p w14:paraId="535B19F5" w14:textId="77777777" w:rsidR="00A037EB" w:rsidRPr="00A037EB" w:rsidRDefault="00A037EB" w:rsidP="00A037EB">
      <w:pPr>
        <w:spacing w:after="0" w:line="240" w:lineRule="auto"/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ab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sym w:font="Wingdings 2" w:char="F099"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รัฐบาล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……………………………………………………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sym w:font="Wingdings 2" w:char="F099"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องค์กรต่างประเทศ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>/ NGO ……………………………</w:t>
      </w:r>
    </w:p>
    <w:p w14:paraId="4C51BE36" w14:textId="5838C2E7" w:rsidR="002849CB" w:rsidRDefault="00A037EB" w:rsidP="002849CB">
      <w:pPr>
        <w:autoSpaceDE w:val="0"/>
        <w:autoSpaceDN w:val="0"/>
        <w:adjustRightInd w:val="0"/>
        <w:rPr>
          <w:rFonts w:ascii="TH Sarabun New" w:hAnsi="TH Sarabun New" w:cs="TH Sarabun New"/>
          <w:b/>
          <w:highlight w:val="yellow"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ab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sym w:font="Wingdings 2" w:char="F099"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เอกชน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…………………………………………………...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sym w:font="Wingdings 2" w:char="F099"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อื่นๆ......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>……………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....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>………………………………….….</w:t>
      </w:r>
    </w:p>
    <w:p w14:paraId="1629A55F" w14:textId="02673465" w:rsidR="00170F0E" w:rsidRDefault="00000000">
      <w:pPr>
        <w:spacing w:before="240"/>
        <w:rPr>
          <w:rFonts w:ascii="TH Sarabun New" w:hAnsi="TH Sarabun New" w:cs="TH Sarabun New"/>
          <w:b/>
          <w:color w:val="0000FF"/>
          <w:lang w:bidi="th-TH"/>
        </w:rPr>
      </w:pPr>
      <w:proofErr w:type="spellStart"/>
      <w:r w:rsidRPr="00DC5356">
        <w:rPr>
          <w:rFonts w:ascii="TH Sarabun New" w:hAnsi="TH Sarabun New" w:cs="TH Sarabun New"/>
          <w:b/>
          <w:highlight w:val="yellow"/>
        </w:rPr>
        <w:lastRenderedPageBreak/>
        <w:t>ส่วนที่</w:t>
      </w:r>
      <w:proofErr w:type="spellEnd"/>
      <w:r w:rsidRPr="00DC5356">
        <w:rPr>
          <w:rFonts w:ascii="TH Sarabun New" w:hAnsi="TH Sarabun New" w:cs="TH Sarabun New"/>
          <w:b/>
          <w:highlight w:val="yellow"/>
        </w:rPr>
        <w:t xml:space="preserve"> 1: </w:t>
      </w:r>
      <w:proofErr w:type="spellStart"/>
      <w:r w:rsidRPr="00DC5356">
        <w:rPr>
          <w:rFonts w:ascii="TH Sarabun New" w:hAnsi="TH Sarabun New" w:cs="TH Sarabun New"/>
          <w:b/>
          <w:highlight w:val="yellow"/>
        </w:rPr>
        <w:t>การสำรวจและเปิดเผยข้อมูล</w:t>
      </w:r>
      <w:proofErr w:type="spellEnd"/>
      <w:r w:rsidRPr="00DC5356">
        <w:rPr>
          <w:rFonts w:ascii="TH Sarabun New" w:hAnsi="TH Sarabun New" w:cs="TH Sarabun New"/>
          <w:b/>
          <w:highlight w:val="yellow"/>
        </w:rPr>
        <w:t xml:space="preserve"> </w:t>
      </w:r>
      <w:r w:rsidRPr="00DC5356">
        <w:rPr>
          <w:rFonts w:ascii="TH Sarabun New" w:hAnsi="TH Sarabun New" w:cs="TH Sarabun New"/>
          <w:b/>
          <w:color w:val="0000FF"/>
          <w:highlight w:val="yellow"/>
        </w:rPr>
        <w:t>(</w:t>
      </w:r>
      <w:proofErr w:type="spellStart"/>
      <w:r w:rsidRPr="00DC5356">
        <w:rPr>
          <w:rFonts w:ascii="TH Sarabun New" w:hAnsi="TH Sarabun New" w:cs="TH Sarabun New"/>
          <w:b/>
          <w:color w:val="0000FF"/>
          <w:highlight w:val="yellow"/>
        </w:rPr>
        <w:t>สำหรับผู้ให้ข้อมูลกรอก</w:t>
      </w:r>
      <w:proofErr w:type="spellEnd"/>
      <w:r w:rsidRPr="00DC5356">
        <w:rPr>
          <w:rFonts w:ascii="TH Sarabun New" w:hAnsi="TH Sarabun New" w:cs="TH Sarabun New"/>
          <w:b/>
          <w:color w:val="0000FF"/>
          <w:highlight w:val="yellow"/>
        </w:rPr>
        <w:t>)</w:t>
      </w:r>
    </w:p>
    <w:tbl>
      <w:tblPr>
        <w:tblW w:w="8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5"/>
        <w:gridCol w:w="600"/>
        <w:gridCol w:w="648"/>
        <w:gridCol w:w="2008"/>
      </w:tblGrid>
      <w:tr w:rsidR="00170F0E" w:rsidRPr="00DC5356" w14:paraId="1AFC76FD" w14:textId="77777777" w:rsidTr="00DC5356">
        <w:trPr>
          <w:trHeight w:val="950"/>
          <w:tblHeader/>
          <w:jc w:val="center"/>
        </w:trPr>
        <w:tc>
          <w:tcPr>
            <w:tcW w:w="5575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B9E123" w14:textId="61A25F91" w:rsidR="00170F0E" w:rsidRPr="00DC5356" w:rsidRDefault="00000000" w:rsidP="00A037EB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proofErr w:type="spellStart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รายการประเมินผลประโยชน์ทับซ้อน</w:t>
            </w:r>
            <w:proofErr w:type="spellEnd"/>
          </w:p>
        </w:tc>
        <w:tc>
          <w:tcPr>
            <w:tcW w:w="60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FEDB53" w14:textId="77777777" w:rsidR="00170F0E" w:rsidRPr="00DC5356" w:rsidRDefault="00000000" w:rsidP="00EB21D9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proofErr w:type="spellStart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มี</w:t>
            </w:r>
            <w:proofErr w:type="spellEnd"/>
          </w:p>
        </w:tc>
        <w:tc>
          <w:tcPr>
            <w:tcW w:w="64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30D04D" w14:textId="77777777" w:rsidR="00170F0E" w:rsidRPr="00DC5356" w:rsidRDefault="00000000" w:rsidP="00EB21D9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proofErr w:type="spellStart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ไม่มี</w:t>
            </w:r>
            <w:proofErr w:type="spellEnd"/>
          </w:p>
        </w:tc>
        <w:tc>
          <w:tcPr>
            <w:tcW w:w="2003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B3E8F3" w14:textId="6610B19B" w:rsidR="00A037EB" w:rsidRPr="00DC5356" w:rsidRDefault="00000000" w:rsidP="00A037EB">
            <w:pPr>
              <w:jc w:val="center"/>
              <w:rPr>
                <w:rFonts w:ascii="TH Sarabun New" w:hAnsi="TH Sarabun New" w:cs="TH Sarabun New"/>
                <w:b/>
                <w:sz w:val="28"/>
                <w:szCs w:val="28"/>
                <w:lang w:bidi="th-TH"/>
              </w:rPr>
            </w:pPr>
            <w:proofErr w:type="spellStart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รายละเอียดเพิ่มเติม</w:t>
            </w:r>
            <w:proofErr w:type="spellEnd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 xml:space="preserve"> (</w:t>
            </w:r>
            <w:proofErr w:type="spellStart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หากตอบว่า</w:t>
            </w:r>
            <w:proofErr w:type="spellEnd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 xml:space="preserve"> "</w:t>
            </w:r>
            <w:proofErr w:type="spellStart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มี</w:t>
            </w:r>
            <w:proofErr w:type="spellEnd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")</w:t>
            </w:r>
          </w:p>
        </w:tc>
      </w:tr>
      <w:tr w:rsidR="00423B1A" w:rsidRPr="00DC5356" w14:paraId="69CE013C" w14:textId="77777777" w:rsidTr="00DC5356">
        <w:trPr>
          <w:jc w:val="center"/>
        </w:trPr>
        <w:tc>
          <w:tcPr>
            <w:tcW w:w="8831" w:type="dxa"/>
            <w:gridSpan w:val="4"/>
            <w:shd w:val="clear" w:color="auto" w:fill="C6D9F1" w:themeFill="text2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758722" w14:textId="2F25C517" w:rsidR="00423B1A" w:rsidRPr="00DC5356" w:rsidRDefault="00423B1A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 xml:space="preserve">1. </w:t>
            </w:r>
            <w:proofErr w:type="spellStart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ผลประโยชน์ทางการเงิน</w:t>
            </w:r>
            <w:proofErr w:type="spellEnd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 xml:space="preserve"> (Financial Interests)</w:t>
            </w:r>
          </w:p>
        </w:tc>
      </w:tr>
      <w:tr w:rsidR="00170F0E" w:rsidRPr="00DC5356" w14:paraId="64DF7451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124B7E" w14:textId="6A21DB73" w:rsidR="00170F0E" w:rsidRPr="00DC5356" w:rsidRDefault="00000000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1.1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ท่านหรือคู่สมรส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>/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บุตรที่ยังไม่บรรลุนิติภาวะ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ได้รับทุนสนับสนุน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ค่ายา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ค่าเครื่องมือ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หรือค่าตอบแทน</w:t>
            </w:r>
            <w:proofErr w:type="spellEnd"/>
            <w:r w:rsidR="00EB21D9"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ค่าที่ปรึกษา หรือค่าวิทยากร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จากผู้สนับสนุนการวิจัยรายนี้</w:t>
            </w:r>
            <w:proofErr w:type="spellEnd"/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E6DB72" w14:textId="3B9C7BA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7D6083" w14:textId="192F0340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EC28A1" w14:textId="7777777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170F0E" w:rsidRPr="00DC5356" w14:paraId="4B8B1D70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7E315F" w14:textId="705E8264" w:rsidR="00170F0E" w:rsidRPr="00DC5356" w:rsidRDefault="00000000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1.2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ท่านมีหุ้นส่วน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สินทรัพย์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หรือสิทธิบัตร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(Patents)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ในบริษัทหรือเทคโนโลยีที่นำมาทดสอบในงานวิจัยนี้</w:t>
            </w:r>
            <w:proofErr w:type="spellEnd"/>
            <w:r w:rsidR="00EB21D9"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EB21D9"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หรือทรัพย์สินทางปัญญาในผลิตภัณฑ์ที่วิจัย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390391" w14:textId="2EB4B815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4ACDD6" w14:textId="7D40817E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C73D64" w14:textId="7777777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EB21D9" w:rsidRPr="00DC5356" w14:paraId="554CD6AF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6054E6" w14:textId="2071CEF2" w:rsidR="00EB21D9" w:rsidRPr="00DC5356" w:rsidRDefault="00EB21D9" w:rsidP="00423B1A">
            <w:pPr>
              <w:ind w:right="-120"/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  <w:lang w:bidi="th-TH"/>
              </w:rPr>
              <w:t xml:space="preserve">1.3 </w:t>
            </w:r>
            <w:r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ถือครองหุ้น ผลประโยชน์ในหลักทรัพย์ หรือเป็นเจ้าของกิจการของผู้สนับสนุนการวิจัย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A5D865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6B5030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F035CC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23B1A" w:rsidRPr="00DC5356" w14:paraId="7C095A16" w14:textId="77777777" w:rsidTr="00DC5356">
        <w:trPr>
          <w:jc w:val="center"/>
        </w:trPr>
        <w:tc>
          <w:tcPr>
            <w:tcW w:w="8831" w:type="dxa"/>
            <w:gridSpan w:val="4"/>
            <w:shd w:val="clear" w:color="auto" w:fill="C6D9F1" w:themeFill="text2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2CCEE1" w14:textId="301DE9DF" w:rsidR="00423B1A" w:rsidRPr="00DC5356" w:rsidRDefault="00423B1A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 xml:space="preserve">2. </w:t>
            </w:r>
            <w:proofErr w:type="spellStart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ผลประโยชน์ที่มิใช่ทางการเงินและวิชาการ</w:t>
            </w:r>
            <w:proofErr w:type="spellEnd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 xml:space="preserve"> (non-financial)</w:t>
            </w:r>
          </w:p>
        </w:tc>
      </w:tr>
      <w:tr w:rsidR="00170F0E" w:rsidRPr="00DC5356" w14:paraId="336B1E44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D201B8" w14:textId="1C33D3A3" w:rsidR="00170F0E" w:rsidRPr="00DC5356" w:rsidRDefault="00000000" w:rsidP="00423B1A">
            <w:pPr>
              <w:ind w:right="-150"/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</w:rPr>
              <w:t>2.1</w:t>
            </w:r>
            <w:r w:rsidR="00423B1A"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ท่านมีส่วนได้ส่วนเสียในผลการวิจัยที่จะส่งผลต่อความก้าวหน้า</w:t>
            </w:r>
            <w:proofErr w:type="spellEnd"/>
            <w:r w:rsidR="00200FA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ทางหน้าที่การงาน </w:t>
            </w:r>
            <w:r w:rsidR="002849CB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หรือ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ทางวิชาการ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(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เช่น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ตำแหน่งทางวิชาการ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)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อย่างมีนัยสำคัญ</w:t>
            </w:r>
            <w:proofErr w:type="spellEnd"/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98AFE8" w14:textId="47047EB9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A13CBD" w14:textId="127E62F1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A3CFE2" w14:textId="7777777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170F0E" w:rsidRPr="00DC5356" w14:paraId="164F7908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74F8A3" w14:textId="065B65AF" w:rsidR="00170F0E" w:rsidRPr="00DC5356" w:rsidRDefault="00000000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</w:rPr>
              <w:lastRenderedPageBreak/>
              <w:t xml:space="preserve">2.2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ท่านมีความสัมพันธ์ส่วนตัว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ครอบครัว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หรือความขัดแย้งทางวิชาชีพกับผู้สนับสนุนการวิจัย</w:t>
            </w:r>
            <w:proofErr w:type="spellEnd"/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734834" w14:textId="15A661F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A5B534" w14:textId="35CF4F75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255C37" w14:textId="7777777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EB21D9" w:rsidRPr="00DC5356" w14:paraId="2E057B69" w14:textId="77777777" w:rsidTr="00DC5356">
        <w:trPr>
          <w:trHeight w:val="754"/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F584BF" w14:textId="5A4B0403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2.3 </w:t>
            </w:r>
            <w:r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ท่านมีตำแหน่งบริหาร </w:t>
            </w:r>
            <w:r w:rsidR="00200FA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เจ้าของ </w:t>
            </w:r>
            <w:r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หรือเป็นกรรมการในบริษัท/หน่วยงานที่เป็นผู้สนับสนุนการวิจัย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F24ECE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C61041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6A31CE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23B1A" w:rsidRPr="00DC5356" w14:paraId="1E72EC10" w14:textId="77777777" w:rsidTr="00DC5356">
        <w:trPr>
          <w:jc w:val="center"/>
        </w:trPr>
        <w:tc>
          <w:tcPr>
            <w:tcW w:w="8831" w:type="dxa"/>
            <w:gridSpan w:val="4"/>
            <w:shd w:val="clear" w:color="auto" w:fill="C6D9F1" w:themeFill="text2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0F5D16" w14:textId="771CA52B" w:rsidR="00423B1A" w:rsidRPr="00DC5356" w:rsidRDefault="00423B1A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 xml:space="preserve">3. </w:t>
            </w:r>
            <w:proofErr w:type="spellStart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ผลประโยชน์ทับซ้อนในระดับสถาบัน</w:t>
            </w:r>
            <w:proofErr w:type="spellEnd"/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 xml:space="preserve"> (Institutional COI)</w:t>
            </w:r>
          </w:p>
        </w:tc>
      </w:tr>
      <w:tr w:rsidR="00170F0E" w:rsidRPr="00DC5356" w14:paraId="6825E7A9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D6D7D6" w14:textId="77777777" w:rsidR="00170F0E" w:rsidRPr="00DC5356" w:rsidRDefault="00000000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3.1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สถาบัน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>/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มหาวิทยาลัย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proofErr w:type="spellStart"/>
            <w:r w:rsidRPr="00DC5356">
              <w:rPr>
                <w:rFonts w:ascii="TH Sarabun New" w:hAnsi="TH Sarabun New" w:cs="TH Sarabun New"/>
                <w:sz w:val="28"/>
                <w:szCs w:val="28"/>
              </w:rPr>
              <w:t>หรือหน่วยงานที่ท่านสังกัด</w:t>
            </w:r>
            <w:proofErr w:type="spellEnd"/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มีส่วนได้ส่วนเสียในเชิงพาณิชย์หรือลิขสิทธิ์ร่วมกับโครงการวิจัยนี้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230529" w14:textId="6D280142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89B643" w14:textId="32C5454D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21DCF2" w14:textId="7777777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EB21D9" w:rsidRPr="00DC5356" w14:paraId="4B0300D0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C63F21" w14:textId="4131E26E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  <w:lang w:bidi="th-TH"/>
              </w:rPr>
              <w:t xml:space="preserve">3.2 </w:t>
            </w:r>
            <w:r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มีผลประโยชน์ทับซ้อนทางสถาบัน หรือการแข่งขันทางวิชาการที่อาจทำให้เกิดความเอนเอียง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70B51F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E141E6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A9F404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</w:tbl>
    <w:p w14:paraId="11351DA2" w14:textId="77777777" w:rsidR="00170F0E" w:rsidRPr="002849CB" w:rsidRDefault="00000000" w:rsidP="002849CB">
      <w:pPr>
        <w:spacing w:before="240"/>
        <w:jc w:val="center"/>
        <w:rPr>
          <w:rFonts w:ascii="TH Sarabun New" w:hAnsi="TH Sarabun New" w:cs="TH Sarabun New"/>
          <w:iCs/>
        </w:rPr>
      </w:pPr>
      <w:proofErr w:type="spellStart"/>
      <w:r w:rsidRPr="002849CB">
        <w:rPr>
          <w:rFonts w:ascii="TH Sarabun New" w:hAnsi="TH Sarabun New" w:cs="TH Sarabun New"/>
          <w:iCs/>
        </w:rPr>
        <w:t>ข้าพเจ้าขอรับรองว่าข้อความข้างต้นเป็นความจริงทุกประการ</w:t>
      </w:r>
      <w:proofErr w:type="spellEnd"/>
      <w:r w:rsidRPr="002849CB">
        <w:rPr>
          <w:rFonts w:ascii="TH Sarabun New" w:hAnsi="TH Sarabun New" w:cs="TH Sarabun New"/>
          <w:iCs/>
        </w:rPr>
        <w:t xml:space="preserve"> </w:t>
      </w:r>
      <w:proofErr w:type="spellStart"/>
      <w:r w:rsidRPr="002849CB">
        <w:rPr>
          <w:rFonts w:ascii="TH Sarabun New" w:hAnsi="TH Sarabun New" w:cs="TH Sarabun New"/>
          <w:iCs/>
        </w:rPr>
        <w:t>และหากมีผลประโยชน์ทับซ้อนใดๆ</w:t>
      </w:r>
      <w:proofErr w:type="spellEnd"/>
      <w:r w:rsidRPr="002849CB">
        <w:rPr>
          <w:rFonts w:ascii="TH Sarabun New" w:hAnsi="TH Sarabun New" w:cs="TH Sarabun New"/>
          <w:iCs/>
        </w:rPr>
        <w:t xml:space="preserve"> </w:t>
      </w:r>
      <w:proofErr w:type="spellStart"/>
      <w:r w:rsidRPr="002849CB">
        <w:rPr>
          <w:rFonts w:ascii="TH Sarabun New" w:hAnsi="TH Sarabun New" w:cs="TH Sarabun New"/>
          <w:iCs/>
        </w:rPr>
        <w:t>เกิดขึ้นเพิ่มเติมในภายหลัง</w:t>
      </w:r>
      <w:proofErr w:type="spellEnd"/>
      <w:r w:rsidRPr="002849CB">
        <w:rPr>
          <w:rFonts w:ascii="TH Sarabun New" w:hAnsi="TH Sarabun New" w:cs="TH Sarabun New"/>
          <w:iCs/>
        </w:rPr>
        <w:t xml:space="preserve"> </w:t>
      </w:r>
      <w:proofErr w:type="spellStart"/>
      <w:r w:rsidRPr="002849CB">
        <w:rPr>
          <w:rFonts w:ascii="TH Sarabun New" w:hAnsi="TH Sarabun New" w:cs="TH Sarabun New"/>
          <w:iCs/>
        </w:rPr>
        <w:t>ข้าพเจ้าจะแจ้งให้ทางคณะกรรมการฯ</w:t>
      </w:r>
      <w:proofErr w:type="spellEnd"/>
      <w:r w:rsidRPr="002849CB">
        <w:rPr>
          <w:rFonts w:ascii="TH Sarabun New" w:hAnsi="TH Sarabun New" w:cs="TH Sarabun New"/>
          <w:iCs/>
        </w:rPr>
        <w:t xml:space="preserve"> </w:t>
      </w:r>
      <w:proofErr w:type="spellStart"/>
      <w:r w:rsidRPr="002849CB">
        <w:rPr>
          <w:rFonts w:ascii="TH Sarabun New" w:hAnsi="TH Sarabun New" w:cs="TH Sarabun New"/>
          <w:iCs/>
        </w:rPr>
        <w:t>ทราบทันทีภายใน</w:t>
      </w:r>
      <w:proofErr w:type="spellEnd"/>
      <w:r w:rsidRPr="002849CB">
        <w:rPr>
          <w:rFonts w:ascii="TH Sarabun New" w:hAnsi="TH Sarabun New" w:cs="TH Sarabun New"/>
          <w:iCs/>
        </w:rPr>
        <w:t xml:space="preserve"> 14 วัน</w:t>
      </w:r>
    </w:p>
    <w:p w14:paraId="3B18C36E" w14:textId="71A2DA34" w:rsidR="00DC5356" w:rsidRPr="00485CDC" w:rsidRDefault="00000000" w:rsidP="00485CDC">
      <w:pPr>
        <w:jc w:val="right"/>
        <w:rPr>
          <w:rFonts w:ascii="TH Sarabun New" w:hAnsi="TH Sarabun New" w:cs="TH Sarabun New"/>
        </w:rPr>
      </w:pPr>
      <w:r w:rsidRPr="00EB21D9">
        <w:rPr>
          <w:rFonts w:ascii="TH Sarabun New" w:hAnsi="TH Sarabun New" w:cs="TH Sarabun New"/>
        </w:rPr>
        <w:br/>
      </w:r>
      <w:proofErr w:type="spellStart"/>
      <w:r w:rsidRPr="00EB21D9">
        <w:rPr>
          <w:rFonts w:ascii="TH Sarabun New" w:hAnsi="TH Sarabun New" w:cs="TH Sarabun New"/>
        </w:rPr>
        <w:t>ลงชื่อ</w:t>
      </w:r>
      <w:proofErr w:type="spellEnd"/>
      <w:r w:rsidRPr="00EB21D9">
        <w:rPr>
          <w:rFonts w:ascii="TH Sarabun New" w:hAnsi="TH Sarabun New" w:cs="TH Sarabun New"/>
        </w:rPr>
        <w:t xml:space="preserve">.......................................................... </w:t>
      </w:r>
      <w:proofErr w:type="spellStart"/>
      <w:r w:rsidRPr="00EB21D9">
        <w:rPr>
          <w:rFonts w:ascii="TH Sarabun New" w:hAnsi="TH Sarabun New" w:cs="TH Sarabun New"/>
        </w:rPr>
        <w:t>ผู้ให้ข้อมูล</w:t>
      </w:r>
      <w:proofErr w:type="spellEnd"/>
      <w:r w:rsidRPr="00EB21D9">
        <w:rPr>
          <w:rFonts w:ascii="TH Sarabun New" w:hAnsi="TH Sarabun New" w:cs="TH Sarabun New"/>
        </w:rPr>
        <w:br/>
        <w:t>(..........................................................)</w:t>
      </w:r>
      <w:r w:rsidRPr="00EB21D9">
        <w:rPr>
          <w:rFonts w:ascii="TH Sarabun New" w:hAnsi="TH Sarabun New" w:cs="TH Sarabun New"/>
        </w:rPr>
        <w:br/>
      </w:r>
      <w:proofErr w:type="spellStart"/>
      <w:r w:rsidRPr="00EB21D9">
        <w:rPr>
          <w:rFonts w:ascii="TH Sarabun New" w:hAnsi="TH Sarabun New" w:cs="TH Sarabun New"/>
        </w:rPr>
        <w:t>วันที่</w:t>
      </w:r>
      <w:proofErr w:type="spellEnd"/>
      <w:r w:rsidRPr="00EB21D9">
        <w:rPr>
          <w:rFonts w:ascii="TH Sarabun New" w:hAnsi="TH Sarabun New" w:cs="TH Sarabun New"/>
        </w:rPr>
        <w:t xml:space="preserve"> ......./......./.......</w:t>
      </w:r>
    </w:p>
    <w:p w14:paraId="52DAF4EF" w14:textId="77777777" w:rsidR="002849CB" w:rsidRDefault="002849CB">
      <w:pPr>
        <w:rPr>
          <w:rFonts w:ascii="TH Sarabun New" w:hAnsi="TH Sarabun New" w:cs="TH Sarabun New"/>
          <w:b/>
          <w:highlight w:val="green"/>
          <w:lang w:bidi="th-TH"/>
        </w:rPr>
      </w:pPr>
    </w:p>
    <w:p w14:paraId="73A7F23D" w14:textId="2195C67D" w:rsidR="002849CB" w:rsidRPr="002849CB" w:rsidRDefault="002849CB" w:rsidP="002849CB">
      <w:pPr>
        <w:jc w:val="center"/>
        <w:rPr>
          <w:rFonts w:ascii="TH Sarabun New" w:hAnsi="TH Sarabun New" w:cs="TH Sarabun New"/>
          <w:b/>
          <w:lang w:bidi="th-TH"/>
        </w:rPr>
      </w:pPr>
      <w:r w:rsidRPr="002849CB">
        <w:rPr>
          <w:rFonts w:ascii="TH Sarabun New" w:hAnsi="TH Sarabun New" w:cs="TH Sarabun New"/>
          <w:b/>
          <w:lang w:bidi="th-TH"/>
        </w:rPr>
        <w:t>****************************************</w:t>
      </w:r>
    </w:p>
    <w:p w14:paraId="1C811FCF" w14:textId="0D050C91" w:rsidR="00170F0E" w:rsidRPr="00EB21D9" w:rsidRDefault="00000000">
      <w:pPr>
        <w:rPr>
          <w:rFonts w:ascii="TH Sarabun New" w:hAnsi="TH Sarabun New" w:cs="TH Sarabun New"/>
          <w:b/>
          <w:color w:val="0000FF"/>
          <w:szCs w:val="32"/>
        </w:rPr>
      </w:pPr>
      <w:proofErr w:type="spellStart"/>
      <w:r w:rsidRPr="00485CDC">
        <w:rPr>
          <w:rFonts w:ascii="TH Sarabun New" w:hAnsi="TH Sarabun New" w:cs="TH Sarabun New"/>
          <w:b/>
          <w:highlight w:val="green"/>
        </w:rPr>
        <w:t>ส่วนที่</w:t>
      </w:r>
      <w:proofErr w:type="spellEnd"/>
      <w:r w:rsidRPr="00485CDC">
        <w:rPr>
          <w:rFonts w:ascii="TH Sarabun New" w:hAnsi="TH Sarabun New" w:cs="TH Sarabun New"/>
          <w:b/>
          <w:highlight w:val="green"/>
        </w:rPr>
        <w:t xml:space="preserve"> 2: </w:t>
      </w:r>
      <w:proofErr w:type="spellStart"/>
      <w:r w:rsidRPr="00485CDC">
        <w:rPr>
          <w:rFonts w:ascii="TH Sarabun New" w:hAnsi="TH Sarabun New" w:cs="TH Sarabun New"/>
          <w:b/>
          <w:highlight w:val="green"/>
        </w:rPr>
        <w:t>ผลการประเมินโดยคณะกรรมการฯ</w:t>
      </w:r>
      <w:proofErr w:type="spellEnd"/>
      <w:r w:rsidRPr="00485CDC">
        <w:rPr>
          <w:rFonts w:ascii="TH Sarabun New" w:hAnsi="TH Sarabun New" w:cs="TH Sarabun New"/>
          <w:b/>
          <w:highlight w:val="green"/>
        </w:rPr>
        <w:t xml:space="preserve"> </w:t>
      </w:r>
      <w:r w:rsidRPr="00485CDC">
        <w:rPr>
          <w:rFonts w:ascii="TH Sarabun New" w:hAnsi="TH Sarabun New" w:cs="TH Sarabun New"/>
          <w:b/>
          <w:color w:val="0000FF"/>
          <w:szCs w:val="32"/>
          <w:highlight w:val="green"/>
        </w:rPr>
        <w:t>(</w:t>
      </w:r>
      <w:proofErr w:type="spellStart"/>
      <w:r w:rsidRPr="00485CDC">
        <w:rPr>
          <w:rFonts w:ascii="TH Sarabun New" w:hAnsi="TH Sarabun New" w:cs="TH Sarabun New"/>
          <w:b/>
          <w:color w:val="0000FF"/>
          <w:szCs w:val="32"/>
          <w:highlight w:val="green"/>
        </w:rPr>
        <w:t>สำหรับประธาน</w:t>
      </w:r>
      <w:proofErr w:type="spellEnd"/>
      <w:r w:rsidRPr="00485CDC">
        <w:rPr>
          <w:rFonts w:ascii="TH Sarabun New" w:hAnsi="TH Sarabun New" w:cs="TH Sarabun New"/>
          <w:bCs/>
          <w:color w:val="0000FF"/>
          <w:szCs w:val="32"/>
          <w:highlight w:val="green"/>
        </w:rPr>
        <w:t>/</w:t>
      </w:r>
      <w:r w:rsidR="00EB21D9" w:rsidRPr="00485CDC">
        <w:rPr>
          <w:rFonts w:ascii="TH Sarabun New" w:hAnsi="TH Sarabun New" w:cs="TH Sarabun New" w:hint="cs"/>
          <w:bCs/>
          <w:color w:val="0000FF"/>
          <w:szCs w:val="32"/>
          <w:highlight w:val="green"/>
          <w:cs/>
          <w:lang w:bidi="th-TH"/>
        </w:rPr>
        <w:t>กรรมการ</w:t>
      </w:r>
      <w:proofErr w:type="spellStart"/>
      <w:r w:rsidRPr="00485CDC">
        <w:rPr>
          <w:rFonts w:ascii="TH Sarabun New" w:hAnsi="TH Sarabun New" w:cs="TH Sarabun New"/>
          <w:b/>
          <w:color w:val="0000FF"/>
          <w:szCs w:val="32"/>
          <w:highlight w:val="green"/>
        </w:rPr>
        <w:t>พิจารณา</w:t>
      </w:r>
      <w:proofErr w:type="spellEnd"/>
      <w:r w:rsidRPr="00485CDC">
        <w:rPr>
          <w:rFonts w:ascii="TH Sarabun New" w:hAnsi="TH Sarabun New" w:cs="TH Sarabun New"/>
          <w:b/>
          <w:color w:val="0000FF"/>
          <w:szCs w:val="32"/>
          <w:highlight w:val="green"/>
        </w:rPr>
        <w:t>)</w:t>
      </w:r>
    </w:p>
    <w:p w14:paraId="1EBF8FDC" w14:textId="77777777" w:rsidR="002849CB" w:rsidRDefault="00000000">
      <w:pPr>
        <w:rPr>
          <w:rFonts w:ascii="TH Sarabun New" w:hAnsi="TH Sarabun New" w:cs="TH Sarabun New"/>
          <w:b/>
        </w:rPr>
      </w:pPr>
      <w:proofErr w:type="gramStart"/>
      <w:r w:rsidRPr="00EB21D9">
        <w:rPr>
          <w:rFonts w:ascii="TH Sarabun New" w:hAnsi="TH Sarabun New" w:cs="TH Sarabun New"/>
          <w:b/>
        </w:rPr>
        <w:t>[  ]</w:t>
      </w:r>
      <w:proofErr w:type="gramEnd"/>
      <w:r w:rsidRPr="00EB21D9">
        <w:rPr>
          <w:rFonts w:ascii="TH Sarabun New" w:hAnsi="TH Sarabun New" w:cs="TH Sarabun New"/>
          <w:b/>
        </w:rPr>
        <w:t xml:space="preserve"> </w:t>
      </w:r>
      <w:proofErr w:type="spellStart"/>
      <w:r w:rsidRPr="00EB21D9">
        <w:rPr>
          <w:rFonts w:ascii="TH Sarabun New" w:hAnsi="TH Sarabun New" w:cs="TH Sarabun New"/>
          <w:b/>
        </w:rPr>
        <w:t>ไม่มีผลประโยชน์ทับซ้อน</w:t>
      </w:r>
      <w:proofErr w:type="spellEnd"/>
      <w:r w:rsidRPr="00EB21D9">
        <w:rPr>
          <w:rFonts w:ascii="TH Sarabun New" w:hAnsi="TH Sarabun New" w:cs="TH Sarabun New"/>
          <w:b/>
        </w:rPr>
        <w:t xml:space="preserve"> (No COI) </w:t>
      </w:r>
      <w:proofErr w:type="spellStart"/>
      <w:r w:rsidRPr="00EB21D9">
        <w:rPr>
          <w:rFonts w:ascii="TH Sarabun New" w:hAnsi="TH Sarabun New" w:cs="TH Sarabun New"/>
        </w:rPr>
        <w:t>สามารถดำเนินการวิจัยหรือพิจารณาโครงการต่อไปได้ตามปกติ</w:t>
      </w:r>
      <w:proofErr w:type="spellEnd"/>
      <w:r w:rsidRPr="00EB21D9">
        <w:rPr>
          <w:rFonts w:ascii="TH Sarabun New" w:hAnsi="TH Sarabun New" w:cs="TH Sarabun New"/>
        </w:rPr>
        <w:br/>
      </w:r>
      <w:r w:rsidRPr="00EB21D9">
        <w:rPr>
          <w:rFonts w:ascii="TH Sarabun New" w:hAnsi="TH Sarabun New" w:cs="TH Sarabun New"/>
        </w:rPr>
        <w:br/>
      </w:r>
      <w:proofErr w:type="gramStart"/>
      <w:r w:rsidRPr="00EB21D9">
        <w:rPr>
          <w:rFonts w:ascii="TH Sarabun New" w:hAnsi="TH Sarabun New" w:cs="TH Sarabun New"/>
          <w:b/>
        </w:rPr>
        <w:t>[  ]</w:t>
      </w:r>
      <w:proofErr w:type="gramEnd"/>
      <w:r w:rsidRPr="00EB21D9">
        <w:rPr>
          <w:rFonts w:ascii="TH Sarabun New" w:hAnsi="TH Sarabun New" w:cs="TH Sarabun New"/>
          <w:b/>
        </w:rPr>
        <w:t xml:space="preserve"> </w:t>
      </w:r>
      <w:proofErr w:type="spellStart"/>
      <w:r w:rsidRPr="00EB21D9">
        <w:rPr>
          <w:rFonts w:ascii="TH Sarabun New" w:hAnsi="TH Sarabun New" w:cs="TH Sarabun New"/>
          <w:b/>
        </w:rPr>
        <w:t>มีผลประโยชน์ทับซ้อน</w:t>
      </w:r>
      <w:proofErr w:type="spellEnd"/>
      <w:r w:rsidRPr="00EB21D9">
        <w:rPr>
          <w:rFonts w:ascii="TH Sarabun New" w:hAnsi="TH Sarabun New" w:cs="TH Sarabun New"/>
          <w:b/>
        </w:rPr>
        <w:t xml:space="preserve"> </w:t>
      </w:r>
      <w:proofErr w:type="spellStart"/>
      <w:r w:rsidRPr="00EB21D9">
        <w:rPr>
          <w:rFonts w:ascii="TH Sarabun New" w:hAnsi="TH Sarabun New" w:cs="TH Sarabun New"/>
          <w:b/>
        </w:rPr>
        <w:t>แต่ไม่มีนัยสำคัญ</w:t>
      </w:r>
      <w:proofErr w:type="spellEnd"/>
      <w:r w:rsidRPr="00EB21D9">
        <w:rPr>
          <w:rFonts w:ascii="TH Sarabun New" w:hAnsi="TH Sarabun New" w:cs="TH Sarabun New"/>
          <w:b/>
        </w:rPr>
        <w:t xml:space="preserve"> (Minor COI) </w:t>
      </w:r>
      <w:r w:rsidR="002849CB">
        <w:rPr>
          <w:rFonts w:ascii="TH Sarabun New" w:hAnsi="TH Sarabun New" w:cs="TH Sarabun New"/>
          <w:b/>
        </w:rPr>
        <w:t xml:space="preserve">  </w:t>
      </w:r>
    </w:p>
    <w:p w14:paraId="20ADFC80" w14:textId="035841AC" w:rsidR="00170F0E" w:rsidRPr="00EB21D9" w:rsidRDefault="002849CB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b/>
        </w:rPr>
        <w:t xml:space="preserve">    </w:t>
      </w:r>
      <w:r w:rsidR="00000000" w:rsidRPr="00EB21D9">
        <w:rPr>
          <w:rFonts w:ascii="TH Sarabun New" w:hAnsi="TH Sarabun New" w:cs="TH Sarabun New"/>
        </w:rPr>
        <w:t>สามารถดำเนินการได้โดยมีเงื่อนไขเปิดเผยข้อมูลให้ผู้ร่วมวิจัย/อาสาสมัครทราบ</w:t>
      </w:r>
      <w:r w:rsidR="00000000" w:rsidRPr="00EB21D9">
        <w:rPr>
          <w:rFonts w:ascii="TH Sarabun New" w:hAnsi="TH Sarabun New" w:cs="TH Sarabun New"/>
        </w:rPr>
        <w:br/>
      </w:r>
      <w:r w:rsidR="00000000" w:rsidRPr="00EB21D9">
        <w:rPr>
          <w:rFonts w:ascii="TH Sarabun New" w:hAnsi="TH Sarabun New" w:cs="TH Sarabun New"/>
        </w:rPr>
        <w:br/>
      </w:r>
      <w:proofErr w:type="gramStart"/>
      <w:r w:rsidR="00000000" w:rsidRPr="00EB21D9">
        <w:rPr>
          <w:rFonts w:ascii="TH Sarabun New" w:hAnsi="TH Sarabun New" w:cs="TH Sarabun New"/>
          <w:b/>
        </w:rPr>
        <w:t>[  ]</w:t>
      </w:r>
      <w:proofErr w:type="gramEnd"/>
      <w:r w:rsidR="00000000" w:rsidRPr="00EB21D9">
        <w:rPr>
          <w:rFonts w:ascii="TH Sarabun New" w:hAnsi="TH Sarabun New" w:cs="TH Sarabun New"/>
          <w:b/>
        </w:rPr>
        <w:t xml:space="preserve"> </w:t>
      </w:r>
      <w:proofErr w:type="spellStart"/>
      <w:r w:rsidR="00000000" w:rsidRPr="00EB21D9">
        <w:rPr>
          <w:rFonts w:ascii="TH Sarabun New" w:hAnsi="TH Sarabun New" w:cs="TH Sarabun New"/>
          <w:b/>
        </w:rPr>
        <w:t>มีผลประโยชน์ทับซ้อนที่มีนัยสำคัญ</w:t>
      </w:r>
      <w:proofErr w:type="spellEnd"/>
      <w:r w:rsidR="00000000" w:rsidRPr="00EB21D9">
        <w:rPr>
          <w:rFonts w:ascii="TH Sarabun New" w:hAnsi="TH Sarabun New" w:cs="TH Sarabun New"/>
          <w:b/>
        </w:rPr>
        <w:t xml:space="preserve"> (Significant COI) </w:t>
      </w:r>
      <w:proofErr w:type="spellStart"/>
      <w:r w:rsidR="00000000" w:rsidRPr="00EB21D9">
        <w:rPr>
          <w:rFonts w:ascii="TH Sarabun New" w:hAnsi="TH Sarabun New" w:cs="TH Sarabun New"/>
        </w:rPr>
        <w:t>จำเป็นต้องมีมาตรการจัดการ</w:t>
      </w:r>
      <w:proofErr w:type="spellEnd"/>
      <w:r w:rsidR="00000000" w:rsidRPr="00EB21D9">
        <w:rPr>
          <w:rFonts w:ascii="TH Sarabun New" w:hAnsi="TH Sarabun New" w:cs="TH Sarabun New"/>
        </w:rPr>
        <w:t xml:space="preserve"> </w:t>
      </w:r>
      <w:proofErr w:type="spellStart"/>
      <w:r w:rsidR="00000000" w:rsidRPr="00EB21D9">
        <w:rPr>
          <w:rFonts w:ascii="TH Sarabun New" w:hAnsi="TH Sarabun New" w:cs="TH Sarabun New"/>
        </w:rPr>
        <w:t>ดังนี้</w:t>
      </w:r>
      <w:proofErr w:type="spellEnd"/>
      <w:r w:rsidR="00000000" w:rsidRPr="00EB21D9">
        <w:rPr>
          <w:rFonts w:ascii="TH Sarabun New" w:hAnsi="TH Sarabun New" w:cs="TH Sarabun New"/>
        </w:rPr>
        <w:t>:</w:t>
      </w:r>
      <w:r w:rsidR="00000000" w:rsidRPr="00EB21D9">
        <w:rPr>
          <w:rFonts w:ascii="TH Sarabun New" w:hAnsi="TH Sarabun New" w:cs="TH Sarabun New"/>
        </w:rPr>
        <w:br/>
        <w:t xml:space="preserve">  </w:t>
      </w:r>
      <w:proofErr w:type="gramStart"/>
      <w:r w:rsidR="00000000" w:rsidRPr="00EB21D9">
        <w:rPr>
          <w:rFonts w:ascii="TH Sarabun New" w:hAnsi="TH Sarabun New" w:cs="TH Sarabun New"/>
        </w:rPr>
        <w:t xml:space="preserve">   [  ]</w:t>
      </w:r>
      <w:proofErr w:type="gramEnd"/>
      <w:r w:rsidR="00000000" w:rsidRPr="00EB21D9">
        <w:rPr>
          <w:rFonts w:ascii="TH Sarabun New" w:hAnsi="TH Sarabun New" w:cs="TH Sarabun New"/>
        </w:rPr>
        <w:t xml:space="preserve"> </w:t>
      </w:r>
      <w:proofErr w:type="spellStart"/>
      <w:r w:rsidR="00000000" w:rsidRPr="00EB21D9">
        <w:rPr>
          <w:rFonts w:ascii="TH Sarabun New" w:hAnsi="TH Sarabun New" w:cs="TH Sarabun New"/>
        </w:rPr>
        <w:t>กรณีคณะกรรมการ</w:t>
      </w:r>
      <w:proofErr w:type="spellEnd"/>
      <w:r w:rsidR="00000000" w:rsidRPr="00EB21D9">
        <w:rPr>
          <w:rFonts w:ascii="TH Sarabun New" w:hAnsi="TH Sarabun New" w:cs="TH Sarabun New"/>
        </w:rPr>
        <w:t xml:space="preserve">: </w:t>
      </w:r>
      <w:proofErr w:type="spellStart"/>
      <w:r w:rsidR="00000000" w:rsidRPr="00EB21D9">
        <w:rPr>
          <w:rFonts w:ascii="TH Sarabun New" w:hAnsi="TH Sarabun New" w:cs="TH Sarabun New"/>
        </w:rPr>
        <w:t>ให้กรรมการท่านนี้</w:t>
      </w:r>
      <w:proofErr w:type="spellEnd"/>
      <w:r w:rsidR="00000000" w:rsidRPr="00EB21D9">
        <w:rPr>
          <w:rFonts w:ascii="TH Sarabun New" w:hAnsi="TH Sarabun New" w:cs="TH Sarabun New"/>
        </w:rPr>
        <w:t xml:space="preserve"> </w:t>
      </w:r>
      <w:proofErr w:type="spellStart"/>
      <w:r w:rsidR="00000000" w:rsidRPr="00EB21D9">
        <w:rPr>
          <w:rFonts w:ascii="TH Sarabun New" w:hAnsi="TH Sarabun New" w:cs="TH Sarabun New"/>
        </w:rPr>
        <w:t>งดออกเสียง</w:t>
      </w:r>
      <w:proofErr w:type="spellEnd"/>
      <w:r w:rsidR="00000000" w:rsidRPr="00EB21D9">
        <w:rPr>
          <w:rFonts w:ascii="TH Sarabun New" w:hAnsi="TH Sarabun New" w:cs="TH Sarabun New"/>
        </w:rPr>
        <w:t xml:space="preserve"> </w:t>
      </w:r>
      <w:proofErr w:type="spellStart"/>
      <w:r w:rsidR="00000000" w:rsidRPr="00EB21D9">
        <w:rPr>
          <w:rFonts w:ascii="TH Sarabun New" w:hAnsi="TH Sarabun New" w:cs="TH Sarabun New"/>
        </w:rPr>
        <w:t>และ</w:t>
      </w:r>
      <w:proofErr w:type="spellEnd"/>
      <w:r w:rsidR="00000000" w:rsidRPr="00EB21D9">
        <w:rPr>
          <w:rFonts w:ascii="TH Sarabun New" w:hAnsi="TH Sarabun New" w:cs="TH Sarabun New"/>
        </w:rPr>
        <w:t xml:space="preserve"> </w:t>
      </w:r>
      <w:proofErr w:type="spellStart"/>
      <w:r w:rsidR="00000000" w:rsidRPr="00EB21D9">
        <w:rPr>
          <w:rFonts w:ascii="TH Sarabun New" w:hAnsi="TH Sarabun New" w:cs="TH Sarabun New"/>
        </w:rPr>
        <w:t>ออกจากห้องประชุมในวาระที่พิจารณาโครงการนี้</w:t>
      </w:r>
      <w:proofErr w:type="spellEnd"/>
      <w:r w:rsidR="00000000" w:rsidRPr="00EB21D9">
        <w:rPr>
          <w:rFonts w:ascii="TH Sarabun New" w:hAnsi="TH Sarabun New" w:cs="TH Sarabun New"/>
        </w:rPr>
        <w:br/>
        <w:t xml:space="preserve">  </w:t>
      </w:r>
      <w:proofErr w:type="gramStart"/>
      <w:r w:rsidR="00000000" w:rsidRPr="00EB21D9">
        <w:rPr>
          <w:rFonts w:ascii="TH Sarabun New" w:hAnsi="TH Sarabun New" w:cs="TH Sarabun New"/>
        </w:rPr>
        <w:t xml:space="preserve">   [  ]</w:t>
      </w:r>
      <w:proofErr w:type="gramEnd"/>
      <w:r w:rsidR="00000000" w:rsidRPr="00EB21D9">
        <w:rPr>
          <w:rFonts w:ascii="TH Sarabun New" w:hAnsi="TH Sarabun New" w:cs="TH Sarabun New"/>
        </w:rPr>
        <w:t xml:space="preserve"> </w:t>
      </w:r>
      <w:proofErr w:type="spellStart"/>
      <w:r w:rsidR="00000000" w:rsidRPr="002849CB">
        <w:rPr>
          <w:rFonts w:ascii="TH Sarabun New" w:hAnsi="TH Sarabun New" w:cs="TH Sarabun New"/>
          <w:szCs w:val="32"/>
        </w:rPr>
        <w:t>กรณีผู้วิจัย</w:t>
      </w:r>
      <w:proofErr w:type="spellEnd"/>
      <w:r w:rsidR="00000000" w:rsidRPr="002849CB">
        <w:rPr>
          <w:rFonts w:ascii="TH Sarabun New" w:hAnsi="TH Sarabun New" w:cs="TH Sarabun New"/>
          <w:szCs w:val="32"/>
        </w:rPr>
        <w:t xml:space="preserve">: </w:t>
      </w:r>
      <w:proofErr w:type="spellStart"/>
      <w:r w:rsidR="00000000" w:rsidRPr="002849CB">
        <w:rPr>
          <w:rFonts w:ascii="TH Sarabun New" w:hAnsi="TH Sarabun New" w:cs="TH Sarabun New"/>
          <w:szCs w:val="32"/>
        </w:rPr>
        <w:t>ให้ปรับลดบทบาทหน้าที่ในส่วนที่มีส่วนได้ส่วนเสีย</w:t>
      </w:r>
      <w:proofErr w:type="spellEnd"/>
      <w:r w:rsidRPr="002849CB">
        <w:rPr>
          <w:rFonts w:ascii="TH Sarabun New" w:hAnsi="TH Sarabun New" w:cs="TH Sarabun New"/>
          <w:szCs w:val="32"/>
        </w:rPr>
        <w:t xml:space="preserve"> </w:t>
      </w:r>
      <w:r w:rsidRPr="002849CB">
        <w:rPr>
          <w:rFonts w:ascii="TH Sarabun New" w:hAnsi="TH Sarabun New" w:cs="TH Sarabun New"/>
          <w:szCs w:val="32"/>
        </w:rPr>
        <w:t>/</w:t>
      </w:r>
      <w:r w:rsidRPr="002849CB">
        <w:rPr>
          <w:rFonts w:ascii="TH Sarabun New" w:hAnsi="TH Sarabun New" w:cs="TH Sarabun New"/>
          <w:szCs w:val="32"/>
          <w:cs/>
          <w:lang w:bidi="th-TH"/>
        </w:rPr>
        <w:t>จัดให้มีผู้กำกับดูแลอิสระภายนอกเข้ามาตรวจสอบร่วมด้วย</w:t>
      </w:r>
      <w:r w:rsidR="00000000" w:rsidRPr="002849CB">
        <w:rPr>
          <w:rFonts w:ascii="TH Sarabun New" w:hAnsi="TH Sarabun New" w:cs="TH Sarabun New"/>
        </w:rPr>
        <w:br/>
      </w:r>
      <w:r w:rsidR="00000000" w:rsidRPr="00EB21D9">
        <w:rPr>
          <w:rFonts w:ascii="TH Sarabun New" w:hAnsi="TH Sarabun New" w:cs="TH Sarabun New"/>
        </w:rPr>
        <w:t xml:space="preserve">  </w:t>
      </w:r>
      <w:proofErr w:type="gramStart"/>
      <w:r w:rsidR="00000000" w:rsidRPr="00EB21D9">
        <w:rPr>
          <w:rFonts w:ascii="TH Sarabun New" w:hAnsi="TH Sarabun New" w:cs="TH Sarabun New"/>
        </w:rPr>
        <w:t xml:space="preserve">   [  ]</w:t>
      </w:r>
      <w:proofErr w:type="gramEnd"/>
      <w:r w:rsidR="00000000" w:rsidRPr="00EB21D9">
        <w:rPr>
          <w:rFonts w:ascii="TH Sarabun New" w:hAnsi="TH Sarabun New" w:cs="TH Sarabun New"/>
        </w:rPr>
        <w:t xml:space="preserve"> </w:t>
      </w:r>
      <w:proofErr w:type="spellStart"/>
      <w:r w:rsidR="00000000" w:rsidRPr="00EB21D9">
        <w:rPr>
          <w:rFonts w:ascii="TH Sarabun New" w:hAnsi="TH Sarabun New" w:cs="TH Sarabun New"/>
        </w:rPr>
        <w:t>อื่นๆ</w:t>
      </w:r>
      <w:proofErr w:type="spellEnd"/>
      <w:r w:rsidR="00000000" w:rsidRPr="00EB21D9">
        <w:rPr>
          <w:rFonts w:ascii="TH Sarabun New" w:hAnsi="TH Sarabun New" w:cs="TH Sarabun New"/>
        </w:rPr>
        <w:t xml:space="preserve"> (</w:t>
      </w:r>
      <w:proofErr w:type="spellStart"/>
      <w:r w:rsidR="00000000" w:rsidRPr="00EB21D9">
        <w:rPr>
          <w:rFonts w:ascii="TH Sarabun New" w:hAnsi="TH Sarabun New" w:cs="TH Sarabun New"/>
        </w:rPr>
        <w:t>ระบุ</w:t>
      </w:r>
      <w:proofErr w:type="spellEnd"/>
      <w:r w:rsidR="00000000" w:rsidRPr="00EB21D9">
        <w:rPr>
          <w:rFonts w:ascii="TH Sarabun New" w:hAnsi="TH Sarabun New" w:cs="TH Sarabun New"/>
        </w:rPr>
        <w:t>): _________________________________________________________________</w:t>
      </w:r>
      <w:r w:rsidR="00000000" w:rsidRPr="00EB21D9">
        <w:rPr>
          <w:rFonts w:ascii="TH Sarabun New" w:hAnsi="TH Sarabun New" w:cs="TH Sarabun New"/>
        </w:rPr>
        <w:br/>
      </w:r>
    </w:p>
    <w:p w14:paraId="4DBC8C19" w14:textId="77777777" w:rsidR="00170F0E" w:rsidRDefault="00000000">
      <w:pPr>
        <w:jc w:val="right"/>
      </w:pPr>
      <w:r w:rsidRPr="00EB21D9">
        <w:rPr>
          <w:rFonts w:ascii="TH Sarabun New" w:hAnsi="TH Sarabun New" w:cs="TH Sarabun New"/>
        </w:rPr>
        <w:br/>
      </w:r>
      <w:r w:rsidRPr="00EB21D9">
        <w:rPr>
          <w:rFonts w:ascii="TH Sarabun New" w:hAnsi="TH Sarabun New" w:cs="TH Sarabun New"/>
        </w:rPr>
        <w:br/>
      </w:r>
      <w:proofErr w:type="spellStart"/>
      <w:r w:rsidRPr="00EB21D9">
        <w:rPr>
          <w:rFonts w:ascii="TH Sarabun New" w:hAnsi="TH Sarabun New" w:cs="TH Sarabun New"/>
        </w:rPr>
        <w:t>ลงชื่อ</w:t>
      </w:r>
      <w:proofErr w:type="spellEnd"/>
      <w:r w:rsidRPr="00EB21D9">
        <w:rPr>
          <w:rFonts w:ascii="TH Sarabun New" w:hAnsi="TH Sarabun New" w:cs="TH Sarabun New"/>
        </w:rPr>
        <w:t xml:space="preserve">.......................................................... </w:t>
      </w:r>
      <w:proofErr w:type="spellStart"/>
      <w:r w:rsidRPr="00EB21D9">
        <w:rPr>
          <w:rFonts w:ascii="TH Sarabun New" w:hAnsi="TH Sarabun New" w:cs="TH Sarabun New"/>
        </w:rPr>
        <w:t>ประธานกรรมการ</w:t>
      </w:r>
      <w:proofErr w:type="spellEnd"/>
      <w:r w:rsidRPr="00EB21D9">
        <w:rPr>
          <w:rFonts w:ascii="TH Sarabun New" w:hAnsi="TH Sarabun New" w:cs="TH Sarabun New"/>
        </w:rPr>
        <w:t>/</w:t>
      </w:r>
      <w:proofErr w:type="spellStart"/>
      <w:r w:rsidRPr="00EB21D9">
        <w:rPr>
          <w:rFonts w:ascii="TH Sarabun New" w:hAnsi="TH Sarabun New" w:cs="TH Sarabun New"/>
        </w:rPr>
        <w:t>ผู้ประเมิน</w:t>
      </w:r>
      <w:proofErr w:type="spellEnd"/>
      <w:r w:rsidRPr="00EB21D9">
        <w:rPr>
          <w:rFonts w:ascii="TH Sarabun New" w:hAnsi="TH Sarabun New" w:cs="TH Sarabun New"/>
        </w:rPr>
        <w:br/>
        <w:t>(..........................................................)</w:t>
      </w:r>
      <w:r w:rsidRPr="00EB21D9">
        <w:rPr>
          <w:rFonts w:ascii="TH Sarabun New" w:hAnsi="TH Sarabun New" w:cs="TH Sarabun New"/>
        </w:rPr>
        <w:br/>
      </w:r>
      <w:proofErr w:type="spellStart"/>
      <w:r w:rsidRPr="00485CDC">
        <w:rPr>
          <w:rFonts w:ascii="TH Sarabun New" w:hAnsi="TH Sarabun New" w:cs="TH Sarabun New"/>
        </w:rPr>
        <w:t>วันที่</w:t>
      </w:r>
      <w:proofErr w:type="spellEnd"/>
      <w:r w:rsidRPr="00485CDC">
        <w:rPr>
          <w:rFonts w:ascii="TH Sarabun New" w:hAnsi="TH Sarabun New" w:cs="TH Sarabun New"/>
        </w:rPr>
        <w:t xml:space="preserve"> </w:t>
      </w:r>
      <w:r>
        <w:t>......./......./.......</w:t>
      </w:r>
    </w:p>
    <w:sectPr w:rsidR="00170F0E" w:rsidSect="00485CDC">
      <w:headerReference w:type="default" r:id="rId8"/>
      <w:footerReference w:type="default" r:id="rId9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A9E1A" w14:textId="77777777" w:rsidR="00E3771D" w:rsidRDefault="00E3771D" w:rsidP="00EB21D9">
      <w:pPr>
        <w:spacing w:after="0" w:line="240" w:lineRule="auto"/>
      </w:pPr>
      <w:r>
        <w:separator/>
      </w:r>
    </w:p>
  </w:endnote>
  <w:endnote w:type="continuationSeparator" w:id="0">
    <w:p w14:paraId="73D1AD80" w14:textId="77777777" w:rsidR="00E3771D" w:rsidRDefault="00E3771D" w:rsidP="00EB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-Regular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Angsana New"/>
        <w:color w:val="auto"/>
        <w:sz w:val="24"/>
        <w:szCs w:val="28"/>
        <w:lang w:bidi="th-TH"/>
      </w:rPr>
      <w:id w:val="-2015600457"/>
    </w:sdtPr>
    <w:sdtContent>
      <w:p w14:paraId="53207ED0" w14:textId="77777777" w:rsidR="00200FAC" w:rsidRPr="00200FAC" w:rsidRDefault="00200FAC" w:rsidP="00200FAC">
        <w:pPr>
          <w:pStyle w:val="Footer"/>
          <w:jc w:val="center"/>
          <w:rPr>
            <w:rFonts w:ascii="TH Sarabun New" w:eastAsia="Times New Roman" w:hAnsi="TH Sarabun New" w:cs="TH Sarabun New"/>
            <w:color w:val="auto"/>
            <w:sz w:val="28"/>
            <w:szCs w:val="28"/>
            <w:lang w:bidi="th-TH"/>
          </w:rPr>
        </w:pPr>
        <w:r w:rsidRPr="00200FAC">
          <w:rPr>
            <w:rFonts w:ascii="TH Sarabun New" w:eastAsia="Times New Roman" w:hAnsi="TH Sarabun New" w:cs="TH Sarabun New"/>
            <w:b/>
            <w:bCs/>
            <w:color w:val="auto"/>
            <w:sz w:val="28"/>
            <w:szCs w:val="28"/>
            <w:lang w:bidi="th-TH"/>
          </w:rPr>
          <w:fldChar w:fldCharType="begin"/>
        </w:r>
        <w:r w:rsidRPr="00200FAC">
          <w:rPr>
            <w:rFonts w:ascii="TH Sarabun New" w:eastAsia="Times New Roman" w:hAnsi="TH Sarabun New" w:cs="TH Sarabun New"/>
            <w:b/>
            <w:bCs/>
            <w:color w:val="auto"/>
            <w:sz w:val="28"/>
            <w:szCs w:val="28"/>
            <w:lang w:bidi="th-TH"/>
          </w:rPr>
          <w:instrText xml:space="preserve"> PAGE </w:instrText>
        </w:r>
        <w:r w:rsidRPr="00200FAC">
          <w:rPr>
            <w:rFonts w:ascii="TH Sarabun New" w:eastAsia="Times New Roman" w:hAnsi="TH Sarabun New" w:cs="TH Sarabun New"/>
            <w:b/>
            <w:bCs/>
            <w:color w:val="auto"/>
            <w:sz w:val="28"/>
            <w:szCs w:val="28"/>
            <w:lang w:bidi="th-TH"/>
          </w:rPr>
          <w:fldChar w:fldCharType="separate"/>
        </w:r>
        <w:r w:rsidRPr="00200FAC">
          <w:rPr>
            <w:rFonts w:ascii="TH Sarabun New" w:eastAsia="Times New Roman" w:hAnsi="TH Sarabun New" w:cs="TH Sarabun New"/>
            <w:b/>
            <w:bCs/>
            <w:color w:val="auto"/>
            <w:sz w:val="28"/>
            <w:szCs w:val="28"/>
            <w:lang w:bidi="th-TH"/>
          </w:rPr>
          <w:t>1</w:t>
        </w:r>
        <w:r w:rsidRPr="00200FAC">
          <w:rPr>
            <w:rFonts w:ascii="TH Sarabun New" w:eastAsia="Times New Roman" w:hAnsi="TH Sarabun New" w:cs="TH Sarabun New"/>
            <w:b/>
            <w:bCs/>
            <w:color w:val="auto"/>
            <w:sz w:val="28"/>
            <w:szCs w:val="28"/>
            <w:lang w:bidi="th-TH"/>
          </w:rPr>
          <w:fldChar w:fldCharType="end"/>
        </w:r>
        <w:r w:rsidRPr="00200FAC">
          <w:rPr>
            <w:rFonts w:ascii="TH Sarabun New" w:eastAsia="Times New Roman" w:hAnsi="TH Sarabun New" w:cs="TH Sarabun New"/>
            <w:color w:val="auto"/>
            <w:sz w:val="28"/>
            <w:szCs w:val="28"/>
            <w:cs/>
            <w:lang w:bidi="th-TH"/>
          </w:rPr>
          <w:t xml:space="preserve"> </w:t>
        </w:r>
        <w:r w:rsidRPr="00200FAC">
          <w:rPr>
            <w:rFonts w:ascii="TH Sarabun New" w:eastAsia="Times New Roman" w:hAnsi="TH Sarabun New" w:cs="TH Sarabun New"/>
            <w:color w:val="auto"/>
            <w:sz w:val="28"/>
            <w:szCs w:val="28"/>
            <w:cs/>
            <w:lang w:bidi="th-TH"/>
          </w:rPr>
          <w:t xml:space="preserve">- </w:t>
        </w:r>
        <w:r w:rsidRPr="00200FAC">
          <w:rPr>
            <w:rFonts w:ascii="TH Sarabun New" w:eastAsia="Times New Roman" w:hAnsi="TH Sarabun New" w:cs="TH Sarabun New"/>
            <w:b/>
            <w:bCs/>
            <w:color w:val="auto"/>
            <w:sz w:val="28"/>
            <w:szCs w:val="28"/>
            <w:lang w:bidi="th-TH"/>
          </w:rPr>
          <w:fldChar w:fldCharType="begin"/>
        </w:r>
        <w:r w:rsidRPr="00200FAC">
          <w:rPr>
            <w:rFonts w:ascii="TH Sarabun New" w:eastAsia="Times New Roman" w:hAnsi="TH Sarabun New" w:cs="TH Sarabun New"/>
            <w:b/>
            <w:bCs/>
            <w:color w:val="auto"/>
            <w:sz w:val="28"/>
            <w:szCs w:val="28"/>
            <w:lang w:bidi="th-TH"/>
          </w:rPr>
          <w:instrText xml:space="preserve"> NUMPAGES  </w:instrText>
        </w:r>
        <w:r w:rsidRPr="00200FAC">
          <w:rPr>
            <w:rFonts w:ascii="TH Sarabun New" w:eastAsia="Times New Roman" w:hAnsi="TH Sarabun New" w:cs="TH Sarabun New"/>
            <w:b/>
            <w:bCs/>
            <w:color w:val="auto"/>
            <w:sz w:val="28"/>
            <w:szCs w:val="28"/>
            <w:lang w:bidi="th-TH"/>
          </w:rPr>
          <w:fldChar w:fldCharType="separate"/>
        </w:r>
        <w:r w:rsidRPr="00200FAC">
          <w:rPr>
            <w:rFonts w:ascii="TH Sarabun New" w:eastAsia="Times New Roman" w:hAnsi="TH Sarabun New" w:cs="TH Sarabun New"/>
            <w:b/>
            <w:bCs/>
            <w:color w:val="auto"/>
            <w:sz w:val="28"/>
            <w:szCs w:val="28"/>
            <w:lang w:bidi="th-TH"/>
          </w:rPr>
          <w:t>8</w:t>
        </w:r>
        <w:r w:rsidRPr="00200FAC">
          <w:rPr>
            <w:rFonts w:ascii="TH Sarabun New" w:eastAsia="Times New Roman" w:hAnsi="TH Sarabun New" w:cs="TH Sarabun New"/>
            <w:b/>
            <w:bCs/>
            <w:color w:val="auto"/>
            <w:sz w:val="28"/>
            <w:szCs w:val="28"/>
            <w:lang w:bidi="th-TH"/>
          </w:rPr>
          <w:fldChar w:fldCharType="end"/>
        </w:r>
      </w:p>
      <w:p w14:paraId="488BC721" w14:textId="77777777" w:rsidR="00200FAC" w:rsidRPr="00200FAC" w:rsidRDefault="00200FAC" w:rsidP="00200FAC">
        <w:pPr>
          <w:tabs>
            <w:tab w:val="center" w:pos="4513"/>
            <w:tab w:val="right" w:pos="9026"/>
          </w:tabs>
          <w:spacing w:after="0" w:line="240" w:lineRule="auto"/>
          <w:jc w:val="center"/>
          <w:rPr>
            <w:rFonts w:ascii="TH Sarabun New" w:eastAsia="Times New Roman" w:hAnsi="TH Sarabun New" w:cs="TH Sarabun New"/>
            <w:color w:val="auto"/>
            <w:sz w:val="28"/>
            <w:szCs w:val="28"/>
            <w:lang w:bidi="th-TH"/>
          </w:rPr>
        </w:pPr>
        <w:r w:rsidRPr="00200FAC">
          <w:rPr>
            <w:rFonts w:ascii="TH Sarabun New" w:eastAsia="Times New Roman" w:hAnsi="TH Sarabun New" w:cs="TH Sarabun New"/>
            <w:color w:val="auto"/>
            <w:sz w:val="28"/>
            <w:szCs w:val="28"/>
            <w:cs/>
            <w:lang w:bidi="th-TH"/>
          </w:rPr>
          <w:t xml:space="preserve">เวอร์ชั่น </w:t>
        </w:r>
        <w:r w:rsidRPr="00200FAC">
          <w:rPr>
            <w:rFonts w:ascii="TH Sarabun New" w:eastAsia="Times New Roman" w:hAnsi="TH Sarabun New" w:cs="TH Sarabun New"/>
            <w:color w:val="EE0000"/>
            <w:sz w:val="28"/>
            <w:szCs w:val="28"/>
            <w:cs/>
            <w:lang w:bidi="th-TH"/>
          </w:rPr>
          <w:t>[ระบุเวอร์ชั่น</w:t>
        </w:r>
        <w:r w:rsidRPr="00200FAC">
          <w:rPr>
            <w:rFonts w:ascii="TH Sarabun New" w:eastAsia="Times New Roman" w:hAnsi="TH Sarabun New" w:cs="TH Sarabun New"/>
            <w:color w:val="EE0000"/>
            <w:sz w:val="28"/>
            <w:szCs w:val="28"/>
            <w:lang w:bidi="th-TH"/>
          </w:rPr>
          <w:t xml:space="preserve"> </w:t>
        </w:r>
        <w:r w:rsidRPr="00200FAC">
          <w:rPr>
            <w:rFonts w:ascii="TH Sarabun New" w:eastAsia="Times New Roman" w:hAnsi="TH Sarabun New" w:cs="TH Sarabun New"/>
            <w:color w:val="EE0000"/>
            <w:sz w:val="28"/>
            <w:szCs w:val="28"/>
            <w:cs/>
            <w:lang w:bidi="th-TH"/>
          </w:rPr>
          <w:t xml:space="preserve">เช่น </w:t>
        </w:r>
        <w:r w:rsidRPr="00200FAC">
          <w:rPr>
            <w:rFonts w:ascii="TH Sarabun New" w:eastAsia="Times New Roman" w:hAnsi="TH Sarabun New" w:cs="TH Sarabun New"/>
            <w:color w:val="EE0000"/>
            <w:sz w:val="28"/>
            <w:szCs w:val="28"/>
            <w:lang w:bidi="th-TH"/>
          </w:rPr>
          <w:t>1.0</w:t>
        </w:r>
        <w:r w:rsidRPr="00200FAC">
          <w:rPr>
            <w:rFonts w:ascii="TH Sarabun New" w:eastAsia="Times New Roman" w:hAnsi="TH Sarabun New" w:cs="TH Sarabun New"/>
            <w:color w:val="auto"/>
            <w:sz w:val="28"/>
            <w:szCs w:val="28"/>
            <w:cs/>
            <w:lang w:bidi="th-TH"/>
          </w:rPr>
          <w:t>] วันที่ [</w:t>
        </w:r>
        <w:r w:rsidRPr="00200FAC">
          <w:rPr>
            <w:rFonts w:ascii="TH Sarabun New" w:eastAsia="Times New Roman" w:hAnsi="TH Sarabun New" w:cs="TH Sarabun New"/>
            <w:color w:val="EE0000"/>
            <w:sz w:val="28"/>
            <w:szCs w:val="28"/>
            <w:cs/>
            <w:lang w:bidi="th-TH"/>
          </w:rPr>
          <w:t xml:space="preserve">ระบุวันเดือนปี เช่น </w:t>
        </w:r>
        <w:r w:rsidRPr="00200FAC">
          <w:rPr>
            <w:rFonts w:ascii="TH Sarabun New" w:eastAsia="Times New Roman" w:hAnsi="TH Sarabun New" w:cs="TH Sarabun New"/>
            <w:color w:val="EE0000"/>
            <w:sz w:val="28"/>
            <w:szCs w:val="28"/>
            <w:lang w:bidi="th-TH"/>
          </w:rPr>
          <w:t xml:space="preserve">1 </w:t>
        </w:r>
        <w:r w:rsidRPr="00200FAC">
          <w:rPr>
            <w:rFonts w:ascii="TH Sarabun New" w:eastAsia="Times New Roman" w:hAnsi="TH Sarabun New" w:cs="TH Sarabun New"/>
            <w:color w:val="EE0000"/>
            <w:sz w:val="28"/>
            <w:szCs w:val="28"/>
            <w:cs/>
            <w:lang w:bidi="th-TH"/>
          </w:rPr>
          <w:t xml:space="preserve">สิงหาคม </w:t>
        </w:r>
        <w:r w:rsidRPr="00200FAC">
          <w:rPr>
            <w:rFonts w:ascii="TH Sarabun New" w:eastAsia="Times New Roman" w:hAnsi="TH Sarabun New" w:cs="TH Sarabun New"/>
            <w:color w:val="EE0000"/>
            <w:sz w:val="28"/>
            <w:szCs w:val="28"/>
            <w:lang w:bidi="th-TH"/>
          </w:rPr>
          <w:t>2569</w:t>
        </w:r>
        <w:r w:rsidRPr="00200FAC">
          <w:rPr>
            <w:rFonts w:ascii="TH Sarabun New" w:eastAsia="Times New Roman" w:hAnsi="TH Sarabun New" w:cs="TH Sarabun New"/>
            <w:color w:val="auto"/>
            <w:sz w:val="28"/>
            <w:szCs w:val="28"/>
            <w:cs/>
            <w:lang w:bidi="th-TH"/>
          </w:rPr>
          <w:t>]</w:t>
        </w:r>
      </w:p>
      <w:p w14:paraId="753FBA1F" w14:textId="356320A5" w:rsidR="00485CDC" w:rsidRPr="00485CDC" w:rsidRDefault="00000000" w:rsidP="00485CDC">
        <w:pPr>
          <w:tabs>
            <w:tab w:val="center" w:pos="4680"/>
            <w:tab w:val="right" w:pos="9360"/>
          </w:tabs>
          <w:spacing w:after="0" w:line="240" w:lineRule="auto"/>
          <w:jc w:val="center"/>
          <w:rPr>
            <w:rFonts w:ascii="Times New Roman" w:eastAsia="Times New Roman" w:hAnsi="Times New Roman" w:cs="Angsana New"/>
            <w:color w:val="auto"/>
            <w:sz w:val="24"/>
            <w:szCs w:val="28"/>
            <w:lang w:bidi="th-TH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DC587" w14:textId="77777777" w:rsidR="00E3771D" w:rsidRDefault="00E3771D" w:rsidP="00EB21D9">
      <w:pPr>
        <w:spacing w:after="0" w:line="240" w:lineRule="auto"/>
      </w:pPr>
      <w:r>
        <w:separator/>
      </w:r>
    </w:p>
  </w:footnote>
  <w:footnote w:type="continuationSeparator" w:id="0">
    <w:p w14:paraId="43869353" w14:textId="77777777" w:rsidR="00E3771D" w:rsidRDefault="00E3771D" w:rsidP="00EB2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CCCFE" w14:textId="344FAA6B" w:rsidR="00EB21D9" w:rsidRPr="00200FAC" w:rsidRDefault="00200FAC" w:rsidP="00200FAC">
    <w:pPr>
      <w:tabs>
        <w:tab w:val="left" w:pos="0"/>
        <w:tab w:val="center" w:pos="4513"/>
        <w:tab w:val="right" w:pos="9498"/>
      </w:tabs>
      <w:spacing w:after="0" w:line="240" w:lineRule="auto"/>
      <w:rPr>
        <w:rFonts w:ascii="TH Sarabun New" w:eastAsia="Times New Roman" w:hAnsi="TH Sarabun New" w:cs="TH Sarabun New"/>
        <w:color w:val="auto"/>
        <w:sz w:val="28"/>
        <w:szCs w:val="28"/>
        <w:lang w:bidi="th-TH"/>
      </w:rPr>
    </w:pPr>
    <w:r w:rsidRPr="00200FAC">
      <w:rPr>
        <w:rFonts w:ascii="TH Sarabun New" w:eastAsia="Times New Roman" w:hAnsi="TH Sarabun New" w:cs="TH Sarabun New"/>
        <w:color w:val="auto"/>
        <w:sz w:val="28"/>
        <w:szCs w:val="28"/>
        <w:lang w:bidi="th-TH"/>
      </w:rPr>
      <w:t>Edit 20</w:t>
    </w:r>
    <w:r w:rsidRPr="00200FAC">
      <w:rPr>
        <w:rFonts w:ascii="TH Sarabun New" w:eastAsia="Times New Roman" w:hAnsi="TH Sarabun New" w:cs="TH Sarabun New"/>
        <w:color w:val="auto"/>
        <w:sz w:val="28"/>
        <w:szCs w:val="28"/>
        <w:cs/>
        <w:lang w:bidi="th-TH"/>
      </w:rPr>
      <w:t>/0</w:t>
    </w:r>
    <w:r w:rsidRPr="00200FAC">
      <w:rPr>
        <w:rFonts w:ascii="TH Sarabun New" w:eastAsia="Times New Roman" w:hAnsi="TH Sarabun New" w:cs="TH Sarabun New"/>
        <w:color w:val="auto"/>
        <w:sz w:val="28"/>
        <w:szCs w:val="28"/>
        <w:lang w:bidi="th-TH"/>
      </w:rPr>
      <w:t>8</w:t>
    </w:r>
    <w:r w:rsidRPr="00200FAC">
      <w:rPr>
        <w:rFonts w:ascii="TH Sarabun New" w:eastAsia="Times New Roman" w:hAnsi="TH Sarabun New" w:cs="TH Sarabun New"/>
        <w:color w:val="auto"/>
        <w:sz w:val="28"/>
        <w:szCs w:val="28"/>
        <w:cs/>
        <w:lang w:bidi="th-TH"/>
      </w:rPr>
      <w:t>/256</w:t>
    </w:r>
    <w:r w:rsidRPr="00200FAC">
      <w:rPr>
        <w:rFonts w:ascii="TH Sarabun New" w:eastAsia="Times New Roman" w:hAnsi="TH Sarabun New" w:cs="TH Sarabun New"/>
        <w:color w:val="auto"/>
        <w:sz w:val="28"/>
        <w:szCs w:val="28"/>
        <w:lang w:bidi="th-TH"/>
      </w:rPr>
      <w:t>9</w:t>
    </w:r>
    <w:r w:rsidRPr="00200FAC">
      <w:rPr>
        <w:rFonts w:ascii="TH Sarabun New" w:eastAsia="Times New Roman" w:hAnsi="TH Sarabun New" w:cs="TH Sarabun New"/>
        <w:color w:val="auto"/>
        <w:sz w:val="28"/>
        <w:szCs w:val="28"/>
        <w:cs/>
        <w:lang w:bidi="th-TH"/>
      </w:rPr>
      <w:t xml:space="preserve">      </w:t>
    </w:r>
    <w:r w:rsidRPr="00200FAC">
      <w:rPr>
        <w:rFonts w:ascii="TH Sarabun New" w:eastAsia="Times New Roman" w:hAnsi="TH Sarabun New" w:cs="TH Sarabun New"/>
        <w:color w:val="auto"/>
        <w:sz w:val="28"/>
        <w:szCs w:val="28"/>
        <w:lang w:bidi="th-TH"/>
      </w:rPr>
      <w:t xml:space="preserve">                                   </w:t>
    </w:r>
    <w:r w:rsidRPr="00200FAC">
      <w:rPr>
        <w:rFonts w:ascii="TH Sarabun New" w:eastAsia="Times New Roman" w:hAnsi="TH Sarabun New" w:cs="TH Sarabun New"/>
        <w:color w:val="auto"/>
        <w:sz w:val="28"/>
        <w:szCs w:val="28"/>
        <w:cs/>
        <w:lang w:bidi="th-TH"/>
      </w:rPr>
      <w:t>แบบฟอร์มการประเมินการเปิดเผยผลประโยชน์ทับซ้อน</w:t>
    </w:r>
    <w:r>
      <w:rPr>
        <w:rFonts w:ascii="TH Sarabun New" w:eastAsia="Times New Roman" w:hAnsi="TH Sarabun New" w:cs="TH Sarabun New" w:hint="cs"/>
        <w:color w:val="auto"/>
        <w:sz w:val="28"/>
        <w:szCs w:val="28"/>
        <w:cs/>
        <w:lang w:bidi="th-TH"/>
      </w:rPr>
      <w:t xml:space="preserve"> สำหรับผู้วิจัย</w:t>
    </w:r>
    <w:r w:rsidRPr="00200FAC">
      <w:rPr>
        <w:rFonts w:ascii="TH Sarabun New" w:eastAsia="Times New Roman" w:hAnsi="TH Sarabun New" w:cs="TH Sarabun New"/>
        <w:color w:val="auto"/>
        <w:sz w:val="28"/>
        <w:szCs w:val="28"/>
        <w:lang w:bidi="th-TH"/>
      </w:rPr>
      <w:t xml:space="preserve">_ </w:t>
    </w:r>
    <w:r w:rsidR="00EB21D9" w:rsidRPr="00200FAC">
      <w:rPr>
        <w:rFonts w:ascii="TH Sarabun New" w:eastAsia="SimSun" w:hAnsi="TH Sarabun New" w:cs="TH Sarabun New"/>
        <w:color w:val="auto"/>
        <w:sz w:val="28"/>
        <w:szCs w:val="28"/>
        <w:highlight w:val="green"/>
        <w:lang w:bidi="th-TH"/>
      </w:rPr>
      <w:t>AF 01-12</w:t>
    </w:r>
  </w:p>
  <w:tbl>
    <w:tblPr>
      <w:tblW w:w="969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858"/>
      <w:gridCol w:w="6833"/>
    </w:tblGrid>
    <w:tr w:rsidR="00EB21D9" w:rsidRPr="00EB21D9" w14:paraId="5358097C" w14:textId="77777777" w:rsidTr="009702A3">
      <w:trPr>
        <w:trHeight w:val="770"/>
        <w:jc w:val="center"/>
      </w:trPr>
      <w:tc>
        <w:tcPr>
          <w:tcW w:w="2858" w:type="dxa"/>
          <w:vMerge w:val="restart"/>
          <w:vAlign w:val="center"/>
        </w:tcPr>
        <w:p w14:paraId="29710EBB" w14:textId="77777777" w:rsidR="00EB21D9" w:rsidRPr="00EB21D9" w:rsidRDefault="00EB21D9" w:rsidP="00EB21D9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ascii="TH Sarabun New" w:eastAsia="Times New Roman" w:hAnsi="TH Sarabun New" w:cs="TH Sarabun New"/>
              <w:b/>
              <w:bCs/>
              <w:color w:val="auto"/>
              <w:szCs w:val="32"/>
              <w:lang w:bidi="th-TH"/>
            </w:rPr>
          </w:pPr>
          <w:r w:rsidRPr="00EB21D9">
            <w:rPr>
              <w:rFonts w:ascii="Times New Roman" w:eastAsia="Times New Roman" w:hAnsi="Times New Roman" w:cs="Angsana New"/>
              <w:noProof/>
              <w:color w:val="auto"/>
              <w:sz w:val="24"/>
              <w:szCs w:val="28"/>
              <w:lang w:bidi="th-TH"/>
            </w:rPr>
            <w:drawing>
              <wp:inline distT="0" distB="0" distL="0" distR="0" wp14:anchorId="0FF55EE4" wp14:editId="5345FA90">
                <wp:extent cx="1441450" cy="635000"/>
                <wp:effectExtent l="0" t="0" r="6350" b="0"/>
                <wp:docPr id="543015420" name="Picture 2" descr="A logo with a purple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logo with a purple design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145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33" w:type="dxa"/>
          <w:vAlign w:val="center"/>
        </w:tcPr>
        <w:p w14:paraId="714EE955" w14:textId="77777777" w:rsidR="00EB21D9" w:rsidRPr="00EB21D9" w:rsidRDefault="00EB21D9" w:rsidP="00EB21D9">
          <w:pPr>
            <w:tabs>
              <w:tab w:val="center" w:pos="4513"/>
              <w:tab w:val="right" w:pos="9026"/>
            </w:tabs>
            <w:spacing w:after="0"/>
            <w:jc w:val="center"/>
            <w:rPr>
              <w:rFonts w:ascii="TH Sarabun New" w:eastAsia="Times New Roman" w:hAnsi="TH Sarabun New" w:cs="TH Sarabun New"/>
              <w:b/>
              <w:bCs/>
              <w:color w:val="auto"/>
              <w:sz w:val="36"/>
              <w:szCs w:val="36"/>
              <w:lang w:bidi="th-TH"/>
            </w:rPr>
          </w:pPr>
          <w:r w:rsidRPr="00EB21D9">
            <w:rPr>
              <w:rFonts w:ascii="TH Sarabun New" w:eastAsia="Times New Roman" w:hAnsi="TH Sarabun New" w:cs="TH Sarabun New"/>
              <w:b/>
              <w:bCs/>
              <w:color w:val="auto"/>
              <w:sz w:val="36"/>
              <w:szCs w:val="36"/>
              <w:cs/>
              <w:lang w:bidi="th-TH"/>
            </w:rPr>
            <w:t>คณะกรรมการจริยธรรมการวิจัยในมนุษย์</w:t>
          </w:r>
        </w:p>
        <w:p w14:paraId="7B5A5411" w14:textId="77777777" w:rsidR="00EB21D9" w:rsidRPr="00EB21D9" w:rsidRDefault="00EB21D9" w:rsidP="00EB21D9">
          <w:pPr>
            <w:autoSpaceDE w:val="0"/>
            <w:autoSpaceDN w:val="0"/>
            <w:adjustRightInd w:val="0"/>
            <w:spacing w:after="0" w:line="240" w:lineRule="auto"/>
            <w:ind w:left="-648" w:firstLine="648"/>
            <w:jc w:val="center"/>
            <w:rPr>
              <w:rFonts w:ascii="TH Sarabun New" w:eastAsia="Times New Roman" w:hAnsi="TH Sarabun New" w:cs="TH Sarabun New"/>
              <w:b/>
              <w:bCs/>
              <w:color w:val="auto"/>
              <w:szCs w:val="32"/>
              <w:lang w:bidi="th-TH"/>
            </w:rPr>
          </w:pPr>
          <w:r w:rsidRPr="00EB21D9">
            <w:rPr>
              <w:rFonts w:ascii="TH Sarabun New" w:eastAsia="Times New Roman" w:hAnsi="TH Sarabun New" w:cs="TH Sarabun New"/>
              <w:b/>
              <w:bCs/>
              <w:color w:val="auto"/>
              <w:sz w:val="36"/>
              <w:szCs w:val="36"/>
              <w:cs/>
              <w:lang w:bidi="th-TH"/>
            </w:rPr>
            <w:t>มหาวิทยาลัยธุรกิจบัณฑิตย์</w:t>
          </w:r>
        </w:p>
      </w:tc>
    </w:tr>
    <w:tr w:rsidR="00EB21D9" w:rsidRPr="00EB21D9" w14:paraId="0E7DECE2" w14:textId="77777777" w:rsidTr="009702A3">
      <w:trPr>
        <w:trHeight w:val="698"/>
        <w:jc w:val="center"/>
      </w:trPr>
      <w:tc>
        <w:tcPr>
          <w:tcW w:w="2858" w:type="dxa"/>
          <w:vMerge/>
          <w:vAlign w:val="center"/>
        </w:tcPr>
        <w:p w14:paraId="7370B6E1" w14:textId="77777777" w:rsidR="00EB21D9" w:rsidRPr="00EB21D9" w:rsidRDefault="00EB21D9" w:rsidP="00EB21D9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ascii="TH Sarabun New" w:eastAsia="Times New Roman" w:hAnsi="TH Sarabun New" w:cs="TH Sarabun New"/>
              <w:noProof/>
              <w:color w:val="auto"/>
              <w:szCs w:val="32"/>
              <w:lang w:bidi="th-TH"/>
            </w:rPr>
          </w:pPr>
        </w:p>
      </w:tc>
      <w:tc>
        <w:tcPr>
          <w:tcW w:w="6833" w:type="dxa"/>
          <w:vAlign w:val="center"/>
        </w:tcPr>
        <w:p w14:paraId="4624D7F7" w14:textId="77777777" w:rsidR="00EB21D9" w:rsidRPr="00EB21D9" w:rsidRDefault="00EB21D9" w:rsidP="00EB21D9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ascii="TH Sarabun New" w:eastAsia="Times New Roman" w:hAnsi="TH Sarabun New" w:cs="TH Sarabun New"/>
              <w:b/>
              <w:bCs/>
              <w:color w:val="auto"/>
              <w:szCs w:val="32"/>
              <w:lang w:bidi="th-TH"/>
            </w:rPr>
          </w:pPr>
          <w:proofErr w:type="spellStart"/>
          <w:r w:rsidRPr="00EB21D9">
            <w:rPr>
              <w:rFonts w:ascii="TH Sarabun New" w:hAnsi="TH Sarabun New" w:cs="TH Sarabun New"/>
              <w:b/>
              <w:color w:val="auto"/>
              <w:sz w:val="36"/>
            </w:rPr>
            <w:t>แบบฟอร์มการประเมินการเปิดเผยผลประโยชน์ทับซ้อน</w:t>
          </w:r>
          <w:proofErr w:type="spellEnd"/>
          <w:r w:rsidRPr="00EB21D9">
            <w:rPr>
              <w:rFonts w:ascii="TH Sarabun New" w:hAnsi="TH Sarabun New" w:cs="TH Sarabun New"/>
              <w:b/>
              <w:color w:val="auto"/>
              <w:sz w:val="36"/>
            </w:rPr>
            <w:br/>
          </w:r>
          <w:r w:rsidRPr="00EB21D9">
            <w:rPr>
              <w:rFonts w:ascii="TH Sarabun New" w:eastAsia="Times New Roman" w:hAnsi="TH Sarabun New" w:cs="TH Sarabun New"/>
              <w:b/>
              <w:bCs/>
              <w:color w:val="auto"/>
              <w:szCs w:val="32"/>
              <w:lang w:bidi="th-TH"/>
            </w:rPr>
            <w:t xml:space="preserve">Conflict of Interest Evaluation Form </w:t>
          </w:r>
        </w:p>
      </w:tc>
    </w:tr>
  </w:tbl>
  <w:p w14:paraId="6967EE2B" w14:textId="77777777" w:rsidR="00EB21D9" w:rsidRDefault="00EB21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5084003">
    <w:abstractNumId w:val="8"/>
  </w:num>
  <w:num w:numId="2" w16cid:durableId="2093693574">
    <w:abstractNumId w:val="6"/>
  </w:num>
  <w:num w:numId="3" w16cid:durableId="904025609">
    <w:abstractNumId w:val="5"/>
  </w:num>
  <w:num w:numId="4" w16cid:durableId="473528421">
    <w:abstractNumId w:val="4"/>
  </w:num>
  <w:num w:numId="5" w16cid:durableId="915473723">
    <w:abstractNumId w:val="7"/>
  </w:num>
  <w:num w:numId="6" w16cid:durableId="1017855744">
    <w:abstractNumId w:val="3"/>
  </w:num>
  <w:num w:numId="7" w16cid:durableId="1102451175">
    <w:abstractNumId w:val="2"/>
  </w:num>
  <w:num w:numId="8" w16cid:durableId="1324969554">
    <w:abstractNumId w:val="1"/>
  </w:num>
  <w:num w:numId="9" w16cid:durableId="1739329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D1F"/>
    <w:rsid w:val="00034616"/>
    <w:rsid w:val="00035652"/>
    <w:rsid w:val="0006063C"/>
    <w:rsid w:val="000B336A"/>
    <w:rsid w:val="000B458D"/>
    <w:rsid w:val="0015074B"/>
    <w:rsid w:val="00156145"/>
    <w:rsid w:val="00170F0E"/>
    <w:rsid w:val="00200FAC"/>
    <w:rsid w:val="002849CB"/>
    <w:rsid w:val="0029639D"/>
    <w:rsid w:val="0030592D"/>
    <w:rsid w:val="00326F90"/>
    <w:rsid w:val="00423B1A"/>
    <w:rsid w:val="00485CDC"/>
    <w:rsid w:val="005D284B"/>
    <w:rsid w:val="00645B85"/>
    <w:rsid w:val="007812B7"/>
    <w:rsid w:val="00804604"/>
    <w:rsid w:val="00894F6B"/>
    <w:rsid w:val="00A037EB"/>
    <w:rsid w:val="00A1097A"/>
    <w:rsid w:val="00AA1D8D"/>
    <w:rsid w:val="00B47730"/>
    <w:rsid w:val="00CB0664"/>
    <w:rsid w:val="00D9224E"/>
    <w:rsid w:val="00DA252F"/>
    <w:rsid w:val="00DC5356"/>
    <w:rsid w:val="00E1094B"/>
    <w:rsid w:val="00E3771D"/>
    <w:rsid w:val="00EB0CBE"/>
    <w:rsid w:val="00EB21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0CA3BF"/>
  <w14:defaultImageDpi w14:val="300"/>
  <w15:docId w15:val="{93677A9C-7B6F-4CED-882D-29CDB83E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ngsana New" w:hAnsi="Angsana New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WARUNPUN  KONGSOM</cp:lastModifiedBy>
  <cp:revision>2</cp:revision>
  <dcterms:created xsi:type="dcterms:W3CDTF">2026-10-24T09:13:00Z</dcterms:created>
  <dcterms:modified xsi:type="dcterms:W3CDTF">2026-10-24T09:13:00Z</dcterms:modified>
  <cp:category/>
</cp:coreProperties>
</file>