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0D91E" w14:textId="64562307" w:rsidR="00DC5356" w:rsidRPr="00DC5356" w:rsidRDefault="00DC5356" w:rsidP="00DC5356">
      <w:pPr>
        <w:spacing w:after="160"/>
        <w:contextualSpacing/>
        <w:rPr>
          <w:rFonts w:ascii="TH Sarabun New" w:eastAsia="Calibri" w:hAnsi="TH Sarabun New" w:cs="TH Sarabun New"/>
          <w:color w:val="auto"/>
          <w:szCs w:val="32"/>
          <w:lang w:bidi="th-TH"/>
        </w:rPr>
      </w:pPr>
      <w:r w:rsidRPr="00DC5356">
        <w:rPr>
          <w:rFonts w:ascii="TH Sarabun New" w:eastAsia="Calibri" w:hAnsi="TH Sarabun New" w:cs="TH Sarabun New"/>
          <w:b/>
          <w:bCs/>
          <w:color w:val="auto"/>
          <w:szCs w:val="32"/>
          <w:cs/>
          <w:lang w:bidi="th-TH"/>
        </w:rPr>
        <w:t xml:space="preserve">ชื่อโครงการวิจัย (ไทย) </w:t>
      </w:r>
      <w:r w:rsidRPr="00DC5356">
        <w:rPr>
          <w:rFonts w:ascii="TH Sarabun New" w:eastAsia="Calibri" w:hAnsi="TH Sarabun New" w:cs="TH Sarabun New"/>
          <w:color w:val="auto"/>
          <w:szCs w:val="32"/>
          <w:cs/>
          <w:lang w:bidi="th-TH"/>
        </w:rPr>
        <w:t xml:space="preserve">………………………………………………………………………………………………. </w:t>
      </w:r>
    </w:p>
    <w:p w14:paraId="10924B6E" w14:textId="677EA3B0" w:rsidR="00A037EB" w:rsidRPr="00DC5356" w:rsidRDefault="00DC5356" w:rsidP="00DC5356">
      <w:pPr>
        <w:spacing w:after="160" w:line="240" w:lineRule="auto"/>
        <w:contextualSpacing/>
        <w:rPr>
          <w:rFonts w:ascii="TH Sarabun New" w:eastAsia="Calibri" w:hAnsi="TH Sarabun New" w:cs="TH Sarabun New"/>
          <w:color w:val="auto"/>
          <w:szCs w:val="32"/>
          <w:lang w:bidi="th-TH"/>
        </w:rPr>
      </w:pPr>
      <w:r w:rsidRPr="00DC5356">
        <w:rPr>
          <w:rFonts w:ascii="TH Sarabun New" w:eastAsia="Calibri" w:hAnsi="TH Sarabun New" w:cs="TH Sarabun New"/>
          <w:b/>
          <w:bCs/>
          <w:color w:val="auto"/>
          <w:szCs w:val="32"/>
          <w:cs/>
          <w:lang w:bidi="th-TH"/>
        </w:rPr>
        <w:t xml:space="preserve">ชื่อโครงการวิจัย (อังกฤษ) </w:t>
      </w:r>
      <w:r w:rsidRPr="00DC5356">
        <w:rPr>
          <w:rFonts w:ascii="TH Sarabun New" w:eastAsia="Calibri" w:hAnsi="TH Sarabun New" w:cs="TH Sarabun New"/>
          <w:color w:val="auto"/>
          <w:szCs w:val="32"/>
          <w:cs/>
          <w:lang w:bidi="th-TH"/>
        </w:rPr>
        <w:t xml:space="preserve">………………………………………………………………………………………… </w:t>
      </w:r>
    </w:p>
    <w:p w14:paraId="058AFA93" w14:textId="005A87C9" w:rsidR="00A037EB" w:rsidRPr="00A037EB" w:rsidRDefault="00000000" w:rsidP="00A037EB">
      <w:pPr>
        <w:autoSpaceDE w:val="0"/>
        <w:autoSpaceDN w:val="0"/>
        <w:adjustRightInd w:val="0"/>
        <w:rPr>
          <w:rFonts w:ascii="TH Sarabun New" w:eastAsia="SimSun" w:hAnsi="TH Sarabun New" w:cs="TH Sarabun New"/>
          <w:color w:val="auto"/>
          <w:szCs w:val="32"/>
          <w:u w:val="dotted"/>
          <w:lang w:eastAsia="zh-CN" w:bidi="th-TH"/>
        </w:rPr>
      </w:pPr>
      <w:r w:rsidRPr="00A037EB">
        <w:rPr>
          <w:rFonts w:ascii="TH Sarabun New" w:hAnsi="TH Sarabun New" w:cs="TH Sarabun New"/>
          <w:b/>
          <w:highlight w:val="yellow"/>
        </w:rPr>
        <w:t>ผู้ให้ข้อมูล:</w:t>
      </w:r>
      <w:r w:rsidRPr="00EB21D9">
        <w:rPr>
          <w:rFonts w:ascii="TH Sarabun New" w:hAnsi="TH Sarabun New" w:cs="TH Sarabun New"/>
          <w:b/>
        </w:rPr>
        <w:t xml:space="preserve"> </w:t>
      </w:r>
      <w:r w:rsidRPr="00EB21D9">
        <w:rPr>
          <w:rFonts w:ascii="TH Sarabun New" w:hAnsi="TH Sarabun New" w:cs="TH Sarabun New"/>
        </w:rPr>
        <w:br/>
      </w:r>
      <w:r w:rsidR="00A037EB" w:rsidRPr="00A037EB">
        <w:rPr>
          <w:rFonts w:ascii="TH Sarabun New" w:eastAsia="SimSun" w:hAnsi="TH Sarabun New" w:cs="TH Sarabun New"/>
          <w:b/>
          <w:bCs/>
          <w:color w:val="auto"/>
          <w:szCs w:val="32"/>
          <w:cs/>
          <w:lang w:eastAsia="zh-CN" w:bidi="th-TH"/>
        </w:rPr>
        <w:t>ชื่อ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: (นาย/นาง/นางสาว)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u w:val="dotted"/>
          <w:cs/>
          <w:lang w:eastAsia="zh-CN" w:bidi="th-TH"/>
        </w:rPr>
        <w:t>………………………………………………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lang w:eastAsia="zh-CN" w:bidi="th-TH"/>
        </w:rPr>
        <w:t xml:space="preserve"> 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นามสกุล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lang w:eastAsia="zh-CN" w:bidi="th-TH"/>
        </w:rPr>
        <w:t xml:space="preserve"> </w:t>
      </w:r>
      <w:r w:rsidR="00A037EB" w:rsidRPr="00A037EB">
        <w:rPr>
          <w:rFonts w:ascii="TH Sarabun New" w:eastAsia="SimSun" w:hAnsi="TH Sarabun New" w:cs="TH Sarabun New"/>
          <w:color w:val="auto"/>
          <w:szCs w:val="32"/>
          <w:u w:val="dotted"/>
          <w:cs/>
          <w:lang w:eastAsia="zh-CN" w:bidi="th-TH"/>
        </w:rPr>
        <w:t>……………………………………………………</w:t>
      </w:r>
    </w:p>
    <w:p w14:paraId="3FBB83F6" w14:textId="77777777" w:rsidR="00A037EB" w:rsidRPr="00A037EB" w:rsidRDefault="00A037EB" w:rsidP="00A037EB">
      <w:pPr>
        <w:autoSpaceDE w:val="0"/>
        <w:autoSpaceDN w:val="0"/>
        <w:adjustRightInd w:val="0"/>
        <w:spacing w:after="0" w:line="240" w:lineRule="auto"/>
        <w:rPr>
          <w:rFonts w:ascii="TH Sarabun New" w:eastAsia="SimSun" w:hAnsi="TH Sarabun New" w:cs="TH Sarabun New"/>
          <w:color w:val="auto"/>
          <w:szCs w:val="32"/>
          <w:u w:val="dotted"/>
          <w:lang w:eastAsia="zh-CN" w:bidi="th-TH"/>
        </w:rPr>
      </w:pPr>
      <w:r w:rsidRPr="00A037EB">
        <w:rPr>
          <w:rFonts w:ascii="TH Sarabun New" w:eastAsia="SimSun" w:hAnsi="TH Sarabun New" w:cs="TH Sarabun New"/>
          <w:b/>
          <w:bCs/>
          <w:color w:val="auto"/>
          <w:szCs w:val="32"/>
          <w:cs/>
          <w:lang w:eastAsia="zh-CN" w:bidi="th-TH"/>
        </w:rPr>
        <w:t>อาชีพ/ตำแหน่ง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 xml:space="preserve">: 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6F"/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 </w:t>
      </w:r>
      <w:r w:rsidRPr="00A037EB">
        <w:rPr>
          <w:rFonts w:ascii="TH Sarabun New" w:eastAsia="Wingdings-Regular" w:hAnsi="TH Sarabun New" w:cs="TH Sarabun New"/>
          <w:color w:val="auto"/>
          <w:szCs w:val="32"/>
          <w:cs/>
          <w:lang w:eastAsia="zh-CN" w:bidi="th-TH"/>
        </w:rPr>
        <w:t xml:space="preserve"> 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 xml:space="preserve">อาจารย์   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6F"/>
      </w:r>
      <w:r w:rsidRPr="00A037EB">
        <w:rPr>
          <w:rFonts w:ascii="TH Sarabun New" w:eastAsia="Wingdings-Regular" w:hAnsi="TH Sarabun New" w:cs="TH Sarabun New"/>
          <w:color w:val="auto"/>
          <w:szCs w:val="32"/>
          <w:cs/>
          <w:lang w:eastAsia="zh-CN" w:bidi="th-TH"/>
        </w:rPr>
        <w:t xml:space="preserve"> 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นักศึกษา</w:t>
      </w:r>
      <w:r w:rsidRPr="00A037EB">
        <w:rPr>
          <w:rFonts w:ascii="TH Sarabun New" w:eastAsia="SimSun" w:hAnsi="TH Sarabun New" w:cs="TH Sarabun New"/>
          <w:color w:val="auto"/>
          <w:szCs w:val="32"/>
          <w:lang w:eastAsia="zh-CN" w:bidi="th-TH"/>
        </w:rPr>
        <w:t xml:space="preserve"> 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(</w:t>
      </w:r>
      <w:r w:rsidRPr="00A037EB">
        <w:rPr>
          <w:rFonts w:ascii="TH Sarabun New" w:eastAsia="SimSun" w:hAnsi="TH Sarabun New" w:cs="TH Sarabun New"/>
          <w:color w:val="auto"/>
          <w:szCs w:val="32"/>
          <w:lang w:eastAsia="zh-CN" w:bidi="th-TH"/>
        </w:rPr>
        <w:t>ID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 xml:space="preserve">) </w:t>
      </w:r>
      <w:r w:rsidRPr="00A037EB">
        <w:rPr>
          <w:rFonts w:ascii="TH Sarabun New" w:eastAsia="SimSun" w:hAnsi="TH Sarabun New" w:cs="TH Sarabun New"/>
          <w:color w:val="auto"/>
          <w:szCs w:val="32"/>
          <w:u w:val="dotted"/>
          <w:cs/>
          <w:lang w:eastAsia="zh-CN" w:bidi="th-TH"/>
        </w:rPr>
        <w:t>……………………………………………………</w:t>
      </w:r>
    </w:p>
    <w:p w14:paraId="17C254CD" w14:textId="77777777" w:rsidR="00A037EB" w:rsidRPr="00A037EB" w:rsidRDefault="00A037EB" w:rsidP="00A037EB">
      <w:pPr>
        <w:autoSpaceDE w:val="0"/>
        <w:autoSpaceDN w:val="0"/>
        <w:adjustRightInd w:val="0"/>
        <w:spacing w:after="0" w:line="240" w:lineRule="auto"/>
        <w:rPr>
          <w:rFonts w:ascii="TH Sarabun New" w:eastAsia="SimSun" w:hAnsi="TH Sarabun New" w:cs="TH Sarabun New"/>
          <w:color w:val="auto"/>
          <w:szCs w:val="32"/>
          <w:lang w:eastAsia="zh-CN"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                     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6F"/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  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อื่นๆ</w:t>
      </w:r>
      <w:r w:rsidRPr="00A037EB">
        <w:rPr>
          <w:rFonts w:ascii="TH Sarabun New" w:eastAsia="SimSun" w:hAnsi="TH Sarabun New" w:cs="TH Sarabun New"/>
          <w:color w:val="auto"/>
          <w:szCs w:val="32"/>
          <w:lang w:eastAsia="zh-CN" w:bidi="th-TH"/>
        </w:rPr>
        <w:t xml:space="preserve"> 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 xml:space="preserve">(โปรดระบุ) </w:t>
      </w:r>
      <w:r w:rsidRPr="00A037EB">
        <w:rPr>
          <w:rFonts w:ascii="TH Sarabun New" w:eastAsia="SimSun" w:hAnsi="TH Sarabun New" w:cs="TH Sarabun New"/>
          <w:color w:val="auto"/>
          <w:szCs w:val="32"/>
          <w:u w:val="dotted"/>
          <w:cs/>
          <w:lang w:eastAsia="zh-CN" w:bidi="th-TH"/>
        </w:rPr>
        <w:t>....................................................................................</w:t>
      </w:r>
    </w:p>
    <w:p w14:paraId="153C0D8C" w14:textId="77777777" w:rsidR="00A037EB" w:rsidRPr="00A037EB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Cs w:val="32"/>
          <w:u w:val="dotted"/>
          <w:lang w:bidi="th-TH"/>
        </w:rPr>
      </w:pP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cs/>
          <w:lang w:bidi="th-TH"/>
        </w:rPr>
        <w:t>สังกัด:</w:t>
      </w: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lang w:bidi="th-TH"/>
        </w:rPr>
        <w:t xml:space="preserve"> </w:t>
      </w: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cs/>
          <w:lang w:bidi="th-TH"/>
        </w:rPr>
        <w:t>คณะ/ วิทยาลัย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</w:t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: </w:t>
      </w:r>
      <w:r w:rsidRPr="00A037EB">
        <w:rPr>
          <w:rFonts w:ascii="TH Sarabun New" w:eastAsia="Times New Roman" w:hAnsi="TH Sarabun New" w:cs="TH Sarabun New"/>
          <w:color w:val="auto"/>
          <w:szCs w:val="32"/>
          <w:u w:val="dotted"/>
          <w:cs/>
          <w:lang w:bidi="th-TH"/>
        </w:rPr>
        <w:t>…………………………………………………………………………………………………..</w:t>
      </w:r>
    </w:p>
    <w:p w14:paraId="3BE07BDE" w14:textId="791833DD" w:rsidR="00A037EB" w:rsidRPr="00A037EB" w:rsidRDefault="00A037EB" w:rsidP="00A037EB">
      <w:pPr>
        <w:spacing w:after="0" w:line="240" w:lineRule="auto"/>
        <w:jc w:val="both"/>
        <w:rPr>
          <w:rFonts w:ascii="TH Sarabun New" w:eastAsia="Times New Roman" w:hAnsi="TH Sarabun New" w:cs="TH Sarabun New"/>
          <w:color w:val="auto"/>
          <w:szCs w:val="32"/>
          <w:lang w:bidi="th-TH"/>
        </w:rPr>
      </w:pP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cs/>
          <w:lang w:bidi="th-TH"/>
        </w:rPr>
        <w:t>ที่อยู่</w:t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>: ..................................................................................................................................................................</w:t>
      </w:r>
    </w:p>
    <w:p w14:paraId="30C4F17C" w14:textId="46241768" w:rsidR="00A037EB" w:rsidRDefault="00A037EB" w:rsidP="00A037EB">
      <w:pPr>
        <w:spacing w:after="0" w:line="240" w:lineRule="auto"/>
        <w:jc w:val="both"/>
        <w:rPr>
          <w:rFonts w:ascii="TH Sarabun New" w:eastAsia="SimSun" w:hAnsi="TH Sarabun New" w:cs="TH Sarabun New"/>
          <w:color w:val="auto"/>
          <w:szCs w:val="32"/>
          <w:lang w:eastAsia="zh-CN" w:bidi="th-TH"/>
        </w:rPr>
      </w:pP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cs/>
          <w:lang w:bidi="th-TH"/>
        </w:rPr>
        <w:t>หมายเลขโทรศัพท์</w:t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>: ...................................................</w:t>
      </w:r>
      <w:r w:rsidR="00485CDC">
        <w:rPr>
          <w:rFonts w:ascii="TH Sarabun New" w:eastAsia="SimSun" w:hAnsi="TH Sarabun New" w:cs="TH Sarabun New" w:hint="cs"/>
          <w:color w:val="auto"/>
          <w:szCs w:val="32"/>
          <w:cs/>
          <w:lang w:eastAsia="zh-CN" w:bidi="th-TH"/>
        </w:rPr>
        <w:t xml:space="preserve"> </w:t>
      </w:r>
      <w:r w:rsidRPr="00A037EB">
        <w:rPr>
          <w:rFonts w:ascii="TH Sarabun New" w:eastAsia="SimSun" w:hAnsi="TH Sarabun New" w:cs="TH Sarabun New"/>
          <w:b/>
          <w:bCs/>
          <w:color w:val="auto"/>
          <w:szCs w:val="32"/>
          <w:cs/>
          <w:lang w:eastAsia="zh-CN" w:bidi="th-TH"/>
        </w:rPr>
        <w:t>อีเมล</w:t>
      </w:r>
      <w:r w:rsidRPr="00A037EB">
        <w:rPr>
          <w:rFonts w:ascii="TH Sarabun New" w:eastAsia="SimSun" w:hAnsi="TH Sarabun New" w:cs="TH Sarabun New"/>
          <w:color w:val="auto"/>
          <w:szCs w:val="32"/>
          <w:cs/>
          <w:lang w:eastAsia="zh-CN" w:bidi="th-TH"/>
        </w:rPr>
        <w:t>: ........................................................................</w:t>
      </w:r>
    </w:p>
    <w:p w14:paraId="063C30F0" w14:textId="02F5AD74" w:rsidR="00A037EB" w:rsidRPr="00EB21D9" w:rsidRDefault="00000000">
      <w:pPr>
        <w:rPr>
          <w:rFonts w:ascii="TH Sarabun New" w:hAnsi="TH Sarabun New" w:cs="TH Sarabun New"/>
          <w:lang w:bidi="th-TH"/>
        </w:rPr>
      </w:pPr>
      <w:r w:rsidRPr="00A037EB">
        <w:rPr>
          <w:rFonts w:ascii="TH Sarabun New" w:hAnsi="TH Sarabun New" w:cs="TH Sarabun New"/>
          <w:b/>
          <w:szCs w:val="32"/>
        </w:rPr>
        <w:t>บทบาทหน้าที่ในโครงการ</w:t>
      </w:r>
      <w:r w:rsidR="00A037EB" w:rsidRPr="00A037EB">
        <w:rPr>
          <w:rFonts w:ascii="TH Sarabun New" w:hAnsi="TH Sarabun New" w:cs="TH Sarabun New" w:hint="cs"/>
          <w:bCs/>
          <w:szCs w:val="32"/>
          <w:cs/>
          <w:lang w:bidi="th-TH"/>
        </w:rPr>
        <w:t>วิจัย</w:t>
      </w:r>
      <w:r w:rsidRPr="00A037EB">
        <w:rPr>
          <w:rFonts w:ascii="TH Sarabun New" w:hAnsi="TH Sarabun New" w:cs="TH Sarabun New"/>
          <w:bCs/>
          <w:szCs w:val="32"/>
        </w:rPr>
        <w:t>:</w:t>
      </w:r>
      <w:r w:rsidRPr="00EB21D9">
        <w:rPr>
          <w:rFonts w:ascii="TH Sarabun New" w:hAnsi="TH Sarabun New" w:cs="TH Sarabun New"/>
          <w:b/>
        </w:rPr>
        <w:t xml:space="preserve"> </w:t>
      </w:r>
      <w:r w:rsidRPr="00EB21D9">
        <w:rPr>
          <w:rFonts w:ascii="TH Sarabun New" w:hAnsi="TH Sarabun New" w:cs="TH Sarabun New"/>
        </w:rPr>
        <w:br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ผู้วิจัยหลัก </w:t>
      </w:r>
      <w:r w:rsidR="007812B7">
        <w:rPr>
          <w:rFonts w:ascii="TH Sarabun New" w:hAnsi="TH Sarabun New" w:cs="TH Sarabun New"/>
          <w:cs/>
          <w:lang w:bidi="th-TH"/>
        </w:rPr>
        <w:tab/>
      </w:r>
      <w:r w:rsidR="007812B7">
        <w:rPr>
          <w:rFonts w:ascii="TH Sarabun New" w:hAnsi="TH Sarabun New" w:cs="TH Sarabun New"/>
          <w:cs/>
          <w:lang w:bidi="th-TH"/>
        </w:rPr>
        <w:tab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ผู้วิจัยร่วม </w:t>
      </w:r>
      <w:r w:rsidR="00E1094B">
        <w:rPr>
          <w:rFonts w:ascii="TH Sarabun New" w:hAnsi="TH Sarabun New" w:cs="TH Sarabun New" w:hint="cs"/>
          <w:cs/>
          <w:lang w:bidi="th-TH"/>
        </w:rPr>
        <w:t xml:space="preserve">    </w:t>
      </w:r>
      <w:r w:rsidR="007812B7">
        <w:rPr>
          <w:rFonts w:ascii="TH Sarabun New" w:hAnsi="TH Sarabun New" w:cs="TH Sarabun New"/>
          <w:cs/>
          <w:lang w:bidi="th-TH"/>
        </w:rPr>
        <w:tab/>
      </w:r>
      <w:r w:rsidR="007812B7">
        <w:rPr>
          <w:rFonts w:ascii="TH Sarabun New" w:hAnsi="TH Sarabun New" w:cs="TH Sarabun New"/>
          <w:cs/>
          <w:lang w:bidi="th-TH"/>
        </w:rPr>
        <w:tab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</w:t>
      </w:r>
      <w:r w:rsidR="00A037EB" w:rsidRPr="00A037EB">
        <w:rPr>
          <w:rFonts w:ascii="TH Sarabun New" w:hAnsi="TH Sarabun New" w:cs="TH Sarabun New" w:hint="cs"/>
          <w:szCs w:val="32"/>
          <w:cs/>
          <w:lang w:bidi="th-TH"/>
        </w:rPr>
        <w:t xml:space="preserve">อาจารย์ที่ปรึกษา </w:t>
      </w:r>
      <w:r w:rsidR="007812B7">
        <w:rPr>
          <w:rFonts w:ascii="TH Sarabun New" w:hAnsi="TH Sarabun New" w:cs="TH Sarabun New"/>
          <w:szCs w:val="32"/>
          <w:cs/>
          <w:lang w:bidi="th-TH"/>
        </w:rPr>
        <w:tab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="00A037EB" w:rsidRPr="00A037EB">
        <w:rPr>
          <w:rFonts w:ascii="TH Sarabun New" w:hAnsi="TH Sarabun New" w:cs="TH Sarabun New" w:hint="cs"/>
          <w:szCs w:val="32"/>
          <w:cs/>
          <w:lang w:bidi="th-TH"/>
        </w:rPr>
        <w:t xml:space="preserve"> </w:t>
      </w:r>
      <w:r w:rsidRPr="00EB21D9">
        <w:rPr>
          <w:rFonts w:ascii="TH Sarabun New" w:hAnsi="TH Sarabun New" w:cs="TH Sarabun New"/>
        </w:rPr>
        <w:t>บุคลากรในทีมวิจัย</w:t>
      </w:r>
      <w:r w:rsidRPr="00EB21D9">
        <w:rPr>
          <w:rFonts w:ascii="TH Sarabun New" w:hAnsi="TH Sarabun New" w:cs="TH Sarabun New"/>
        </w:rPr>
        <w:br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ประธาน </w:t>
      </w:r>
      <w:r w:rsidR="00E1094B">
        <w:rPr>
          <w:rFonts w:ascii="TH Sarabun New" w:hAnsi="TH Sarabun New" w:cs="TH Sarabun New" w:hint="cs"/>
          <w:cs/>
          <w:lang w:bidi="th-TH"/>
        </w:rPr>
        <w:t xml:space="preserve">   </w:t>
      </w:r>
      <w:r w:rsidR="007812B7">
        <w:rPr>
          <w:rFonts w:ascii="TH Sarabun New" w:hAnsi="TH Sarabun New" w:cs="TH Sarabun New"/>
          <w:cs/>
          <w:lang w:bidi="th-TH"/>
        </w:rPr>
        <w:tab/>
      </w:r>
      <w:r w:rsidR="007812B7">
        <w:rPr>
          <w:rFonts w:ascii="TH Sarabun New" w:hAnsi="TH Sarabun New" w:cs="TH Sarabun New"/>
          <w:cs/>
          <w:lang w:bidi="th-TH"/>
        </w:rPr>
        <w:tab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รองประธาน </w:t>
      </w:r>
      <w:r w:rsidR="007812B7">
        <w:rPr>
          <w:rFonts w:ascii="TH Sarabun New" w:hAnsi="TH Sarabun New" w:cs="TH Sarabun New"/>
          <w:cs/>
          <w:lang w:bidi="th-TH"/>
        </w:rPr>
        <w:tab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กรรมการประจำ </w:t>
      </w:r>
      <w:r w:rsidR="00E1094B">
        <w:rPr>
          <w:rFonts w:ascii="TH Sarabun New" w:hAnsi="TH Sarabun New" w:cs="TH Sarabun New" w:hint="cs"/>
          <w:cs/>
          <w:lang w:bidi="th-TH"/>
        </w:rPr>
        <w:t xml:space="preserve"> </w:t>
      </w:r>
      <w:r w:rsidR="007812B7">
        <w:rPr>
          <w:rFonts w:ascii="TH Sarabun New" w:hAnsi="TH Sarabun New" w:cs="TH Sarabun New"/>
          <w:cs/>
          <w:lang w:bidi="th-TH"/>
        </w:rPr>
        <w:tab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กรรมการสมทบ</w:t>
      </w:r>
      <w:r w:rsidRPr="00EB21D9">
        <w:rPr>
          <w:rFonts w:ascii="TH Sarabun New" w:hAnsi="TH Sarabun New" w:cs="TH Sarabun New"/>
        </w:rPr>
        <w:br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ที่ปรึกษาอิสระ </w:t>
      </w:r>
      <w:r w:rsidR="007812B7">
        <w:rPr>
          <w:rFonts w:ascii="TH Sarabun New" w:hAnsi="TH Sarabun New" w:cs="TH Sarabun New"/>
          <w:cs/>
          <w:lang w:bidi="th-TH"/>
        </w:rPr>
        <w:tab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ผู้เชี่ยวชาญ </w:t>
      </w:r>
      <w:r w:rsidR="007812B7">
        <w:rPr>
          <w:rFonts w:ascii="TH Sarabun New" w:hAnsi="TH Sarabun New" w:cs="TH Sarabun New"/>
          <w:cs/>
          <w:lang w:bidi="th-TH"/>
        </w:rPr>
        <w:tab/>
      </w:r>
      <w:r w:rsidR="007812B7">
        <w:rPr>
          <w:rFonts w:ascii="TH Sarabun New" w:hAnsi="TH Sarabun New" w:cs="TH Sarabun New"/>
          <w:cs/>
          <w:lang w:bidi="th-TH"/>
        </w:rPr>
        <w:tab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ผู้ทบทวนอิสระ</w:t>
      </w:r>
      <w:r w:rsidRPr="00EB21D9">
        <w:rPr>
          <w:rFonts w:ascii="TH Sarabun New" w:hAnsi="TH Sarabun New" w:cs="TH Sarabun New"/>
        </w:rPr>
        <w:br/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เจ้าหน้าที่สำนักงานฯ </w:t>
      </w:r>
      <w:r w:rsidR="00E1094B"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EB21D9">
        <w:rPr>
          <w:rFonts w:ascii="TH Sarabun New" w:hAnsi="TH Sarabun New" w:cs="TH Sarabun New"/>
        </w:rPr>
        <w:t xml:space="preserve"> ผู้บริหารสถาบัน</w:t>
      </w:r>
    </w:p>
    <w:p w14:paraId="3D4C20C9" w14:textId="77777777" w:rsidR="00A037EB" w:rsidRPr="00A037EB" w:rsidRDefault="00A037EB" w:rsidP="00A037EB">
      <w:pPr>
        <w:rPr>
          <w:rFonts w:ascii="TH Sarabun New" w:eastAsia="Times New Roman" w:hAnsi="TH Sarabun New" w:cs="TH Sarabun New"/>
          <w:b/>
          <w:bCs/>
          <w:color w:val="auto"/>
          <w:szCs w:val="32"/>
          <w:lang w:bidi="th-TH"/>
        </w:rPr>
      </w:pP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cs/>
          <w:lang w:bidi="th-TH"/>
        </w:rPr>
        <w:t>การได้รับการสนับสนุนการทำวิจัย</w:t>
      </w:r>
      <w:r w:rsidRPr="00A037EB">
        <w:rPr>
          <w:rFonts w:ascii="TH Sarabun New" w:eastAsia="Times New Roman" w:hAnsi="TH Sarabun New" w:cs="TH Sarabun New"/>
          <w:b/>
          <w:bCs/>
          <w:color w:val="auto"/>
          <w:szCs w:val="32"/>
          <w:lang w:bidi="th-TH"/>
        </w:rPr>
        <w:t xml:space="preserve"> (Sponsor/Source of Research funding)</w:t>
      </w:r>
    </w:p>
    <w:p w14:paraId="32984B03" w14:textId="77777777" w:rsidR="007812B7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Cs w:val="32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>1</w:t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)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 ไม่ได้รับ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(No)</w:t>
      </w:r>
      <w:r w:rsidR="007812B7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ab/>
      </w:r>
      <w:r w:rsidR="007812B7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ab/>
      </w:r>
    </w:p>
    <w:p w14:paraId="0FF641F0" w14:textId="4EF1F030" w:rsidR="00A037EB" w:rsidRPr="00A037EB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Cs w:val="32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2)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sym w:font="Wingdings" w:char="F0A8"/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 xml:space="preserve"> ได้รับ 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>(Yes)</w:t>
      </w:r>
    </w:p>
    <w:p w14:paraId="754C5C6A" w14:textId="23C3229E" w:rsidR="00A037EB" w:rsidRPr="00A037EB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Cs w:val="32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 - </w:t>
      </w:r>
      <w:r w:rsidRPr="00A037EB">
        <w:rPr>
          <w:rFonts w:ascii="TH Sarabun New" w:eastAsia="Times New Roman" w:hAnsi="TH Sarabun New" w:cs="TH Sarabun New"/>
          <w:color w:val="auto"/>
          <w:szCs w:val="32"/>
          <w:cs/>
          <w:lang w:bidi="th-TH"/>
        </w:rPr>
        <w:t>ประเภทการสนับสนุน</w:t>
      </w: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(type of research support)   </w:t>
      </w:r>
    </w:p>
    <w:p w14:paraId="0D82529C" w14:textId="5D3DA503" w:rsidR="00A037EB" w:rsidRPr="00485CDC" w:rsidRDefault="00A037EB" w:rsidP="00485CDC">
      <w:pPr>
        <w:spacing w:after="0" w:line="240" w:lineRule="auto"/>
        <w:ind w:right="-110"/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</w:t>
      </w:r>
      <w:r w:rsidR="007812B7">
        <w:rPr>
          <w:rFonts w:ascii="TH Sarabun New" w:eastAsia="Times New Roman" w:hAnsi="TH Sarabun New" w:cs="TH Sarabun New" w:hint="cs"/>
          <w:color w:val="auto"/>
          <w:szCs w:val="32"/>
          <w:cs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เงินทุนวิจัย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(research funding) 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 xml:space="preserve"> เครื่องมือ /อุปกรณ์ / ชีวภาพ /อื่นๆ </w:t>
      </w:r>
      <w:r w:rsidRPr="00A037EB">
        <w:rPr>
          <w:rFonts w:ascii="TH Sarabun New" w:eastAsia="Times New Roman" w:hAnsi="TH Sarabun New" w:cs="TH Sarabun New"/>
          <w:color w:val="auto"/>
          <w:sz w:val="28"/>
          <w:szCs w:val="28"/>
          <w:lang w:bidi="th-TH"/>
        </w:rPr>
        <w:t>(Tools / Equipment / Biological / Other)</w:t>
      </w:r>
    </w:p>
    <w:p w14:paraId="5BA7E723" w14:textId="7E93BDBB" w:rsidR="00A037EB" w:rsidRPr="00A037EB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Cs w:val="32"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-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แหล่งทุน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>/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 xml:space="preserve">ผู้สนับสนุน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>(funding source/sponsor)</w:t>
      </w:r>
    </w:p>
    <w:p w14:paraId="535B19F5" w14:textId="77777777" w:rsidR="00A037EB" w:rsidRPr="00A037EB" w:rsidRDefault="00A037EB" w:rsidP="00A037EB">
      <w:pPr>
        <w:spacing w:after="0" w:line="240" w:lineRule="auto"/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ab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รัฐบาล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……………………………………………………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องค์กรต่างประเทศ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>/ NGO ……………………………</w:t>
      </w:r>
    </w:p>
    <w:p w14:paraId="007255A4" w14:textId="1FB5D3EB" w:rsidR="00A037EB" w:rsidRPr="00423B1A" w:rsidRDefault="00A037EB" w:rsidP="00423B1A">
      <w:pPr>
        <w:autoSpaceDE w:val="0"/>
        <w:autoSpaceDN w:val="0"/>
        <w:adjustRightInd w:val="0"/>
        <w:rPr>
          <w:rFonts w:ascii="TH Sarabun New" w:hAnsi="TH Sarabun New" w:cs="TH Sarabun New"/>
          <w:b/>
          <w:highlight w:val="yellow"/>
          <w:lang w:bidi="th-TH"/>
        </w:rPr>
      </w:pP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ab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เอกชน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…………………………………………………...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sym w:font="Wingdings 2" w:char="F099"/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 xml:space="preserve">   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อื่นๆ......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>……………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cs/>
          <w:lang w:bidi="th-TH"/>
        </w:rPr>
        <w:t>....</w:t>
      </w:r>
      <w:r w:rsidRPr="00A037EB">
        <w:rPr>
          <w:rFonts w:ascii="TH Sarabun New" w:eastAsia="Times New Roman" w:hAnsi="TH Sarabun New" w:cs="TH Sarabun New"/>
          <w:color w:val="auto"/>
          <w:sz w:val="30"/>
          <w:szCs w:val="30"/>
          <w:lang w:bidi="th-TH"/>
        </w:rPr>
        <w:t>………………………………….….</w:t>
      </w:r>
    </w:p>
    <w:p w14:paraId="1629A55F" w14:textId="3E41E170" w:rsidR="00170F0E" w:rsidRDefault="00000000">
      <w:pPr>
        <w:spacing w:before="240"/>
        <w:rPr>
          <w:rFonts w:ascii="TH Sarabun New" w:hAnsi="TH Sarabun New" w:cs="TH Sarabun New"/>
          <w:b/>
          <w:color w:val="0000FF"/>
          <w:lang w:bidi="th-TH"/>
        </w:rPr>
      </w:pPr>
      <w:r w:rsidRPr="00DC5356">
        <w:rPr>
          <w:rFonts w:ascii="TH Sarabun New" w:hAnsi="TH Sarabun New" w:cs="TH Sarabun New"/>
          <w:b/>
          <w:highlight w:val="yellow"/>
        </w:rPr>
        <w:lastRenderedPageBreak/>
        <w:t xml:space="preserve">ส่วนที่ 1: การสำรวจและเปิดเผยข้อมูล </w:t>
      </w:r>
      <w:r w:rsidRPr="00DC5356">
        <w:rPr>
          <w:rFonts w:ascii="TH Sarabun New" w:hAnsi="TH Sarabun New" w:cs="TH Sarabun New"/>
          <w:b/>
          <w:color w:val="0000FF"/>
          <w:highlight w:val="yellow"/>
        </w:rPr>
        <w:t>(สำหรับผู้ให้ข้อมูลกรอก)</w:t>
      </w:r>
    </w:p>
    <w:tbl>
      <w:tblPr>
        <w:tblW w:w="88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9"/>
        <w:gridCol w:w="573"/>
        <w:gridCol w:w="642"/>
        <w:gridCol w:w="1977"/>
      </w:tblGrid>
      <w:tr w:rsidR="00170F0E" w:rsidRPr="00DC5356" w14:paraId="1AFC76FD" w14:textId="77777777" w:rsidTr="00DC5356">
        <w:trPr>
          <w:trHeight w:val="950"/>
          <w:tblHeader/>
          <w:jc w:val="center"/>
        </w:trPr>
        <w:tc>
          <w:tcPr>
            <w:tcW w:w="5575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6B9E123" w14:textId="4E2E2394" w:rsidR="00170F0E" w:rsidRPr="00DC5356" w:rsidRDefault="00000000" w:rsidP="00A037EB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รายการประเมินผลประโยชน์ทับซ้อน</w:t>
            </w:r>
          </w:p>
        </w:tc>
        <w:tc>
          <w:tcPr>
            <w:tcW w:w="600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3FEDB53" w14:textId="77777777" w:rsidR="00170F0E" w:rsidRPr="00DC5356" w:rsidRDefault="00000000" w:rsidP="00EB21D9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มี</w:t>
            </w:r>
          </w:p>
        </w:tc>
        <w:tc>
          <w:tcPr>
            <w:tcW w:w="648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330D04D" w14:textId="77777777" w:rsidR="00170F0E" w:rsidRPr="00DC5356" w:rsidRDefault="00000000" w:rsidP="00EB21D9">
            <w:pPr>
              <w:jc w:val="center"/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ไม่มี</w:t>
            </w:r>
          </w:p>
        </w:tc>
        <w:tc>
          <w:tcPr>
            <w:tcW w:w="2003" w:type="dxa"/>
            <w:shd w:val="clear" w:color="auto" w:fill="F2F2F2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2B3E8F3" w14:textId="6610B19B" w:rsidR="00A037EB" w:rsidRPr="00DC5356" w:rsidRDefault="00000000" w:rsidP="00A037EB">
            <w:pPr>
              <w:jc w:val="center"/>
              <w:rPr>
                <w:rFonts w:ascii="TH Sarabun New" w:hAnsi="TH Sarabun New" w:cs="TH Sarabun New"/>
                <w:b/>
                <w:sz w:val="28"/>
                <w:szCs w:val="28"/>
                <w:lang w:bidi="th-TH"/>
              </w:rPr>
            </w:pPr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รายละเอียดเพิ่มเติม (หากตอบว่า "มี")</w:t>
            </w:r>
          </w:p>
        </w:tc>
      </w:tr>
      <w:tr w:rsidR="00423B1A" w:rsidRPr="00DC5356" w14:paraId="69CE013C" w14:textId="77777777" w:rsidTr="00DC5356">
        <w:trPr>
          <w:jc w:val="center"/>
        </w:trPr>
        <w:tc>
          <w:tcPr>
            <w:tcW w:w="8831" w:type="dxa"/>
            <w:gridSpan w:val="4"/>
            <w:shd w:val="clear" w:color="auto" w:fill="C6D9F1" w:themeFill="text2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A758722" w14:textId="2F25C517" w:rsidR="00423B1A" w:rsidRPr="00DC5356" w:rsidRDefault="00423B1A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1. ผลประโยชน์ทางการเงิน (Financial Interests)</w:t>
            </w:r>
          </w:p>
        </w:tc>
      </w:tr>
      <w:tr w:rsidR="00170F0E" w:rsidRPr="00DC5356" w14:paraId="64DF7451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F124B7E" w14:textId="6A21DB73" w:rsidR="00170F0E" w:rsidRPr="00DC5356" w:rsidRDefault="00000000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t>1.1 ท่านหรือคู่สมรส/บุตรที่ยังไม่บรรลุนิติภาวะ ได้รับทุนสนับสนุน ค่ายา ค่าเครื่องมือ หรือค่าตอบแทน</w:t>
            </w:r>
            <w:r w:rsidR="00EB21D9"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ค่าที่ปรึกษา หรือค่าวิทยากร</w:t>
            </w:r>
            <w:r w:rsidRPr="00DC5356">
              <w:rPr>
                <w:rFonts w:ascii="TH Sarabun New" w:hAnsi="TH Sarabun New" w:cs="TH Sarabun New"/>
                <w:sz w:val="28"/>
                <w:szCs w:val="28"/>
              </w:rPr>
              <w:t>จากผู้สนับสนุนการวิจัยรายนี้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BE6DB72" w14:textId="3B9C7BA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7D6083" w14:textId="192F0340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EEC28A1" w14:textId="7777777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170F0E" w:rsidRPr="00DC5356" w14:paraId="4B8B1D70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B7E315F" w14:textId="705E8264" w:rsidR="00170F0E" w:rsidRPr="00DC5356" w:rsidRDefault="00000000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t>1.2 ท่านมีหุ้นส่วน สินทรัพย์ หรือสิทธิบัตร (Patents) ในบริษัทหรือเทคโนโลยีที่นำมาทดสอบในงานวิจัยนี้</w:t>
            </w:r>
            <w:r w:rsidR="00EB21D9"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 </w:t>
            </w:r>
            <w:r w:rsidR="00EB21D9"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หรือทรัพย์สินทางปัญญาในผลิตภัณฑ์ที่วิจัย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3390391" w14:textId="2EB4B815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D4ACDD6" w14:textId="7D40817E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59C73D64" w14:textId="7777777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EB21D9" w:rsidRPr="00DC5356" w14:paraId="554CD6AF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96054E6" w14:textId="2071CEF2" w:rsidR="00EB21D9" w:rsidRPr="00DC5356" w:rsidRDefault="00EB21D9" w:rsidP="00423B1A">
            <w:pPr>
              <w:ind w:right="-120"/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  <w:lang w:bidi="th-TH"/>
              </w:rPr>
              <w:t xml:space="preserve">1.3 </w:t>
            </w:r>
            <w:r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ถือครองหุ้น ผลประโยชน์ในหลักทรัพย์ หรือเป็นเจ้าของกิจการของผู้สนับสนุนการวิจัย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FA5D865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86B5030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7F035CC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23B1A" w:rsidRPr="00DC5356" w14:paraId="7C095A16" w14:textId="77777777" w:rsidTr="00DC5356">
        <w:trPr>
          <w:jc w:val="center"/>
        </w:trPr>
        <w:tc>
          <w:tcPr>
            <w:tcW w:w="8831" w:type="dxa"/>
            <w:gridSpan w:val="4"/>
            <w:shd w:val="clear" w:color="auto" w:fill="C6D9F1" w:themeFill="text2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22CCEE1" w14:textId="301DE9DF" w:rsidR="00423B1A" w:rsidRPr="00DC5356" w:rsidRDefault="00423B1A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2. ผลประโยชน์ที่มิใช่ทางการเงินและวิชาการ (non-financial)</w:t>
            </w:r>
          </w:p>
        </w:tc>
      </w:tr>
      <w:tr w:rsidR="00170F0E" w:rsidRPr="00DC5356" w14:paraId="336B1E44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DD201B8" w14:textId="60AAA882" w:rsidR="00170F0E" w:rsidRPr="00DC5356" w:rsidRDefault="00000000" w:rsidP="00423B1A">
            <w:pPr>
              <w:ind w:right="-150"/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t>2.1</w:t>
            </w:r>
            <w:r w:rsidR="00423B1A"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 xml:space="preserve"> </w:t>
            </w:r>
            <w:r w:rsidRPr="00DC5356">
              <w:rPr>
                <w:rFonts w:ascii="TH Sarabun New" w:hAnsi="TH Sarabun New" w:cs="TH Sarabun New"/>
                <w:sz w:val="28"/>
                <w:szCs w:val="28"/>
              </w:rPr>
              <w:t>ท่านมีส่วนได้ส่วนเสียในผลการวิจัยที่จะส่งผลต่อความก้าวหน้าทางวิชาการ (เช่น ตำแหน่งทางวิชาการ) อย่างมีนัยสำคัญ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C98AFE8" w14:textId="47047EB9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A13CBD" w14:textId="127E62F1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7CA3CFE2" w14:textId="7777777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170F0E" w:rsidRPr="00DC5356" w14:paraId="164F7908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F74F8A3" w14:textId="77777777" w:rsidR="00170F0E" w:rsidRPr="00DC5356" w:rsidRDefault="00000000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lastRenderedPageBreak/>
              <w:t>2.2 ท่านมีความสัมพันธ์ส่วนตัว ครอบครัว หรือความขัดแย้งทางวิชาชีพกับคณะผู้วิจัยหรือผู้สนับสนุนการวิจัย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5734834" w14:textId="15A661F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2A5B534" w14:textId="35CF4F75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A255C37" w14:textId="7777777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EB21D9" w:rsidRPr="00DC5356" w14:paraId="2E057B69" w14:textId="77777777" w:rsidTr="00DC5356">
        <w:trPr>
          <w:trHeight w:val="754"/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1F584BF" w14:textId="21AD3795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t xml:space="preserve">2.3 </w:t>
            </w:r>
            <w:r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ท่านมีตำแหน่งบริหาร หรือเป็นกรรมการในบริษัท/หน่วยงานที่เป็นผู้สนับสนุนการวิจัย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2F24ECE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4C61041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D6A31CE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423B1A" w:rsidRPr="00DC5356" w14:paraId="1E72EC10" w14:textId="77777777" w:rsidTr="00DC5356">
        <w:trPr>
          <w:jc w:val="center"/>
        </w:trPr>
        <w:tc>
          <w:tcPr>
            <w:tcW w:w="8831" w:type="dxa"/>
            <w:gridSpan w:val="4"/>
            <w:shd w:val="clear" w:color="auto" w:fill="C6D9F1" w:themeFill="text2" w:themeFillTint="33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2E0F5D16" w14:textId="771CA52B" w:rsidR="00423B1A" w:rsidRPr="00DC5356" w:rsidRDefault="00423B1A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b/>
                <w:sz w:val="28"/>
                <w:szCs w:val="28"/>
              </w:rPr>
              <w:t>3. ผลประโยชน์ทับซ้อนในระดับสถาบัน (Institutional COI)</w:t>
            </w:r>
          </w:p>
        </w:tc>
      </w:tr>
      <w:tr w:rsidR="00170F0E" w:rsidRPr="00DC5356" w14:paraId="6825E7A9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39D6D7D6" w14:textId="77777777" w:rsidR="00170F0E" w:rsidRPr="00DC5356" w:rsidRDefault="00000000">
            <w:pPr>
              <w:rPr>
                <w:rFonts w:ascii="TH Sarabun New" w:hAnsi="TH Sarabun New" w:cs="TH Sarabun New"/>
                <w:sz w:val="28"/>
                <w:szCs w:val="28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</w:rPr>
              <w:t>3.1 สถาบัน/มหาวิทยาลัย หรือหน่วยงานที่ท่านสังกัด มีส่วนได้ส่วนเสียในเชิงพาณิชย์หรือลิขสิทธิ์ร่วมกับโครงการวิจัยนี้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230529" w14:textId="6D280142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489B643" w14:textId="32C5454D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0221DCF2" w14:textId="77777777" w:rsidR="00170F0E" w:rsidRPr="00DC5356" w:rsidRDefault="00170F0E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  <w:tr w:rsidR="00EB21D9" w:rsidRPr="00DC5356" w14:paraId="4B0300D0" w14:textId="77777777" w:rsidTr="00DC5356">
        <w:trPr>
          <w:jc w:val="center"/>
        </w:trPr>
        <w:tc>
          <w:tcPr>
            <w:tcW w:w="5575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EC63F21" w14:textId="4131E26E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  <w:lang w:bidi="th-TH"/>
              </w:rPr>
            </w:pPr>
            <w:r w:rsidRPr="00DC5356">
              <w:rPr>
                <w:rFonts w:ascii="TH Sarabun New" w:hAnsi="TH Sarabun New" w:cs="TH Sarabun New"/>
                <w:sz w:val="28"/>
                <w:szCs w:val="28"/>
                <w:lang w:bidi="th-TH"/>
              </w:rPr>
              <w:t xml:space="preserve">3.2 </w:t>
            </w:r>
            <w:r w:rsidRPr="00DC5356">
              <w:rPr>
                <w:rFonts w:ascii="TH Sarabun New" w:hAnsi="TH Sarabun New" w:cs="TH Sarabun New"/>
                <w:sz w:val="28"/>
                <w:szCs w:val="28"/>
                <w:cs/>
                <w:lang w:bidi="th-TH"/>
              </w:rPr>
              <w:t>มีผลประโยชน์ทับซ้อนทางสถาบัน หรือการแข่งขันทางวิชาการที่อาจทำให้เกิดความเอนเอียง</w:t>
            </w:r>
          </w:p>
        </w:tc>
        <w:tc>
          <w:tcPr>
            <w:tcW w:w="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4670B51F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64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6CE141E6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  <w:tc>
          <w:tcPr>
            <w:tcW w:w="2003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14:paraId="18A9F404" w14:textId="77777777" w:rsidR="00EB21D9" w:rsidRPr="00DC5356" w:rsidRDefault="00EB21D9">
            <w:pPr>
              <w:rPr>
                <w:rFonts w:ascii="TH Sarabun New" w:hAnsi="TH Sarabun New" w:cs="TH Sarabun New"/>
                <w:sz w:val="28"/>
                <w:szCs w:val="28"/>
              </w:rPr>
            </w:pPr>
          </w:p>
        </w:tc>
      </w:tr>
    </w:tbl>
    <w:p w14:paraId="11351DA2" w14:textId="77777777" w:rsidR="00170F0E" w:rsidRPr="00EB21D9" w:rsidRDefault="00000000">
      <w:pPr>
        <w:spacing w:before="240"/>
        <w:rPr>
          <w:rFonts w:ascii="TH Sarabun New" w:hAnsi="TH Sarabun New" w:cs="TH Sarabun New"/>
        </w:rPr>
      </w:pPr>
      <w:r w:rsidRPr="00EB21D9">
        <w:rPr>
          <w:rFonts w:ascii="TH Sarabun New" w:hAnsi="TH Sarabun New" w:cs="TH Sarabun New"/>
          <w:i/>
        </w:rPr>
        <w:t>ข้าพเจ้าขอรับรองว่าข้อความข้างต้นเป็นความจริงทุกประการ และหากมีผลประโยชน์ทับซ้อนใดๆ เกิดขึ้นเพิ่มเติมในภายหลัง ข้าพเจ้าจะแจ้งให้ทางคณะกรรมการฯ ทราบทันทีภายใน 14 วัน</w:t>
      </w:r>
    </w:p>
    <w:p w14:paraId="3B18C36E" w14:textId="71A2DA34" w:rsidR="00DC5356" w:rsidRPr="00485CDC" w:rsidRDefault="00000000" w:rsidP="00485CDC">
      <w:pPr>
        <w:jc w:val="right"/>
        <w:rPr>
          <w:rFonts w:ascii="TH Sarabun New" w:hAnsi="TH Sarabun New" w:cs="TH Sarabun New"/>
        </w:rPr>
      </w:pPr>
      <w:r w:rsidRPr="00EB21D9">
        <w:rPr>
          <w:rFonts w:ascii="TH Sarabun New" w:hAnsi="TH Sarabun New" w:cs="TH Sarabun New"/>
        </w:rPr>
        <w:br/>
        <w:t>ลงชื่อ.......................................................... ผู้ให้ข้อมูล</w:t>
      </w:r>
      <w:r w:rsidRPr="00EB21D9">
        <w:rPr>
          <w:rFonts w:ascii="TH Sarabun New" w:hAnsi="TH Sarabun New" w:cs="TH Sarabun New"/>
        </w:rPr>
        <w:br/>
        <w:t>(..........................................................)</w:t>
      </w:r>
      <w:r w:rsidRPr="00EB21D9">
        <w:rPr>
          <w:rFonts w:ascii="TH Sarabun New" w:hAnsi="TH Sarabun New" w:cs="TH Sarabun New"/>
        </w:rPr>
        <w:br/>
        <w:t>วันที่ ......./......./.......</w:t>
      </w:r>
    </w:p>
    <w:p w14:paraId="1C811FCF" w14:textId="41FA5196" w:rsidR="00170F0E" w:rsidRPr="00EB21D9" w:rsidRDefault="00000000">
      <w:pPr>
        <w:rPr>
          <w:rFonts w:ascii="TH Sarabun New" w:hAnsi="TH Sarabun New" w:cs="TH Sarabun New"/>
          <w:b/>
          <w:color w:val="0000FF"/>
          <w:szCs w:val="32"/>
        </w:rPr>
      </w:pPr>
      <w:r w:rsidRPr="00485CDC">
        <w:rPr>
          <w:rFonts w:ascii="TH Sarabun New" w:hAnsi="TH Sarabun New" w:cs="TH Sarabun New"/>
          <w:b/>
          <w:highlight w:val="green"/>
        </w:rPr>
        <w:lastRenderedPageBreak/>
        <w:t xml:space="preserve">ส่วนที่ 2: ผลการประเมินโดยคณะกรรมการฯ </w:t>
      </w:r>
      <w:r w:rsidRPr="00485CDC">
        <w:rPr>
          <w:rFonts w:ascii="TH Sarabun New" w:hAnsi="TH Sarabun New" w:cs="TH Sarabun New"/>
          <w:b/>
          <w:color w:val="0000FF"/>
          <w:szCs w:val="32"/>
          <w:highlight w:val="green"/>
        </w:rPr>
        <w:t>(สำหรับประธาน</w:t>
      </w:r>
      <w:r w:rsidRPr="00485CDC">
        <w:rPr>
          <w:rFonts w:ascii="TH Sarabun New" w:hAnsi="TH Sarabun New" w:cs="TH Sarabun New"/>
          <w:bCs/>
          <w:color w:val="0000FF"/>
          <w:szCs w:val="32"/>
          <w:highlight w:val="green"/>
        </w:rPr>
        <w:t>/</w:t>
      </w:r>
      <w:r w:rsidR="00EB21D9" w:rsidRPr="00485CDC">
        <w:rPr>
          <w:rFonts w:ascii="TH Sarabun New" w:hAnsi="TH Sarabun New" w:cs="TH Sarabun New" w:hint="cs"/>
          <w:bCs/>
          <w:color w:val="0000FF"/>
          <w:szCs w:val="32"/>
          <w:highlight w:val="green"/>
          <w:cs/>
          <w:lang w:bidi="th-TH"/>
        </w:rPr>
        <w:t>กรรมการ</w:t>
      </w:r>
      <w:r w:rsidRPr="00485CDC">
        <w:rPr>
          <w:rFonts w:ascii="TH Sarabun New" w:hAnsi="TH Sarabun New" w:cs="TH Sarabun New"/>
          <w:b/>
          <w:color w:val="0000FF"/>
          <w:szCs w:val="32"/>
          <w:highlight w:val="green"/>
        </w:rPr>
        <w:t>พิจารณา)</w:t>
      </w:r>
    </w:p>
    <w:p w14:paraId="20ADFC80" w14:textId="77777777" w:rsidR="00170F0E" w:rsidRPr="00EB21D9" w:rsidRDefault="00000000">
      <w:pPr>
        <w:rPr>
          <w:rFonts w:ascii="TH Sarabun New" w:hAnsi="TH Sarabun New" w:cs="TH Sarabun New"/>
        </w:rPr>
      </w:pPr>
      <w:r w:rsidRPr="00EB21D9">
        <w:rPr>
          <w:rFonts w:ascii="TH Sarabun New" w:hAnsi="TH Sarabun New" w:cs="TH Sarabun New"/>
          <w:b/>
        </w:rPr>
        <w:t xml:space="preserve">[  ] ไม่มีผลประโยชน์ทับซ้อน (No COI) </w:t>
      </w:r>
      <w:r w:rsidRPr="00EB21D9">
        <w:rPr>
          <w:rFonts w:ascii="TH Sarabun New" w:hAnsi="TH Sarabun New" w:cs="TH Sarabun New"/>
        </w:rPr>
        <w:t>สามารถดำเนินการวิจัยหรือพิจารณาโครงการต่อไปได้ตามปกติ</w:t>
      </w:r>
      <w:r w:rsidRPr="00EB21D9">
        <w:rPr>
          <w:rFonts w:ascii="TH Sarabun New" w:hAnsi="TH Sarabun New" w:cs="TH Sarabun New"/>
        </w:rPr>
        <w:br/>
      </w:r>
      <w:r w:rsidRPr="00EB21D9">
        <w:rPr>
          <w:rFonts w:ascii="TH Sarabun New" w:hAnsi="TH Sarabun New" w:cs="TH Sarabun New"/>
        </w:rPr>
        <w:br/>
      </w:r>
      <w:r w:rsidRPr="00EB21D9">
        <w:rPr>
          <w:rFonts w:ascii="TH Sarabun New" w:hAnsi="TH Sarabun New" w:cs="TH Sarabun New"/>
          <w:b/>
        </w:rPr>
        <w:t xml:space="preserve">[  ] มีผลประโยชน์ทับซ้อน แต่ไม่มีนัยสำคัญ (Minor COI) </w:t>
      </w:r>
      <w:r w:rsidRPr="00EB21D9">
        <w:rPr>
          <w:rFonts w:ascii="TH Sarabun New" w:hAnsi="TH Sarabun New" w:cs="TH Sarabun New"/>
        </w:rPr>
        <w:t>สามารถดำเนินการได้โดยมีเงื่อนไขเปิดเผยข้อมูลให้ผู้ร่วมวิจัย/อาสาสมัครทราบ</w:t>
      </w:r>
      <w:r w:rsidRPr="00EB21D9">
        <w:rPr>
          <w:rFonts w:ascii="TH Sarabun New" w:hAnsi="TH Sarabun New" w:cs="TH Sarabun New"/>
        </w:rPr>
        <w:br/>
      </w:r>
      <w:r w:rsidRPr="00EB21D9">
        <w:rPr>
          <w:rFonts w:ascii="TH Sarabun New" w:hAnsi="TH Sarabun New" w:cs="TH Sarabun New"/>
        </w:rPr>
        <w:br/>
      </w:r>
      <w:r w:rsidRPr="00EB21D9">
        <w:rPr>
          <w:rFonts w:ascii="TH Sarabun New" w:hAnsi="TH Sarabun New" w:cs="TH Sarabun New"/>
          <w:b/>
        </w:rPr>
        <w:t xml:space="preserve">[  ] มีผลประโยชน์ทับซ้อนที่มีนัยสำคัญ (Significant COI) </w:t>
      </w:r>
      <w:r w:rsidRPr="00EB21D9">
        <w:rPr>
          <w:rFonts w:ascii="TH Sarabun New" w:hAnsi="TH Sarabun New" w:cs="TH Sarabun New"/>
        </w:rPr>
        <w:t>จำเป็นต้องมีมาตรการจัดการ ดังนี้:</w:t>
      </w:r>
      <w:r w:rsidRPr="00EB21D9">
        <w:rPr>
          <w:rFonts w:ascii="TH Sarabun New" w:hAnsi="TH Sarabun New" w:cs="TH Sarabun New"/>
        </w:rPr>
        <w:br/>
        <w:t xml:space="preserve">     [  ] กรณีคณะกรรมการ: ให้กรรมการท่านนี้ งดออกเสียง และ ออกจากห้องประชุมในวาระที่พิจารณาโครงการนี้</w:t>
      </w:r>
      <w:r w:rsidRPr="00EB21D9">
        <w:rPr>
          <w:rFonts w:ascii="TH Sarabun New" w:hAnsi="TH Sarabun New" w:cs="TH Sarabun New"/>
        </w:rPr>
        <w:br/>
        <w:t xml:space="preserve">     [  ] กรณีผู้วิจัย: ให้ปรับลดบทบาทหน้าที่ในส่วนที่มีส่วนได้ส่วนเสีย / จัดให้มีผู้กำกับดูแลอิสระภายนอกเข้ามาตรวจสอบร่วมด้วย</w:t>
      </w:r>
      <w:r w:rsidRPr="00EB21D9">
        <w:rPr>
          <w:rFonts w:ascii="TH Sarabun New" w:hAnsi="TH Sarabun New" w:cs="TH Sarabun New"/>
        </w:rPr>
        <w:br/>
        <w:t xml:space="preserve">     [  ] อื่นๆ (ระบุ): _________________________________________________________________</w:t>
      </w:r>
      <w:r w:rsidRPr="00EB21D9">
        <w:rPr>
          <w:rFonts w:ascii="TH Sarabun New" w:hAnsi="TH Sarabun New" w:cs="TH Sarabun New"/>
        </w:rPr>
        <w:br/>
      </w:r>
    </w:p>
    <w:p w14:paraId="4DBC8C19" w14:textId="77777777" w:rsidR="00170F0E" w:rsidRDefault="00000000">
      <w:pPr>
        <w:jc w:val="right"/>
      </w:pPr>
      <w:r w:rsidRPr="00EB21D9">
        <w:rPr>
          <w:rFonts w:ascii="TH Sarabun New" w:hAnsi="TH Sarabun New" w:cs="TH Sarabun New"/>
        </w:rPr>
        <w:br/>
      </w:r>
      <w:r w:rsidRPr="00EB21D9">
        <w:rPr>
          <w:rFonts w:ascii="TH Sarabun New" w:hAnsi="TH Sarabun New" w:cs="TH Sarabun New"/>
        </w:rPr>
        <w:br/>
        <w:t>ลงชื่อ.......................................................... ประธานกรรมการ/ผู้ประเมิน</w:t>
      </w:r>
      <w:r w:rsidRPr="00EB21D9">
        <w:rPr>
          <w:rFonts w:ascii="TH Sarabun New" w:hAnsi="TH Sarabun New" w:cs="TH Sarabun New"/>
        </w:rPr>
        <w:br/>
        <w:t>(..........................................................)</w:t>
      </w:r>
      <w:r w:rsidRPr="00EB21D9">
        <w:rPr>
          <w:rFonts w:ascii="TH Sarabun New" w:hAnsi="TH Sarabun New" w:cs="TH Sarabun New"/>
        </w:rPr>
        <w:br/>
      </w:r>
      <w:r w:rsidRPr="00485CDC">
        <w:rPr>
          <w:rFonts w:ascii="TH Sarabun New" w:hAnsi="TH Sarabun New" w:cs="TH Sarabun New"/>
        </w:rPr>
        <w:t xml:space="preserve">วันที่ </w:t>
      </w:r>
      <w:r>
        <w:t>......./......./.......</w:t>
      </w:r>
    </w:p>
    <w:sectPr w:rsidR="00170F0E" w:rsidSect="00485CDC">
      <w:headerReference w:type="default" r:id="rId8"/>
      <w:footerReference w:type="default" r:id="rId9"/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96EC7" w14:textId="77777777" w:rsidR="00977176" w:rsidRDefault="00977176" w:rsidP="00EB21D9">
      <w:pPr>
        <w:spacing w:after="0" w:line="240" w:lineRule="auto"/>
      </w:pPr>
      <w:r>
        <w:separator/>
      </w:r>
    </w:p>
  </w:endnote>
  <w:endnote w:type="continuationSeparator" w:id="0">
    <w:p w14:paraId="7062F6E3" w14:textId="77777777" w:rsidR="00977176" w:rsidRDefault="00977176" w:rsidP="00EB2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-Regular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FBA1F" w14:textId="77777777" w:rsidR="00485CDC" w:rsidRPr="00485CDC" w:rsidRDefault="00000000" w:rsidP="00485CDC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Angsana New"/>
        <w:color w:val="auto"/>
        <w:sz w:val="24"/>
        <w:szCs w:val="28"/>
        <w:lang w:bidi="th-TH"/>
      </w:rPr>
    </w:pPr>
    <w:sdt>
      <w:sdtPr>
        <w:rPr>
          <w:rFonts w:ascii="Times New Roman" w:eastAsia="Times New Roman" w:hAnsi="Times New Roman" w:cs="Angsana New"/>
          <w:color w:val="auto"/>
          <w:sz w:val="24"/>
          <w:szCs w:val="28"/>
          <w:lang w:bidi="th-TH"/>
        </w:rPr>
        <w:id w:val="-2015600457"/>
      </w:sdtPr>
      <w:sdtContent>
        <w:r w:rsidR="00485CDC" w:rsidRPr="00485CDC">
          <w:rPr>
            <w:rFonts w:ascii="TH Sarabun New" w:eastAsia="Times New Roman" w:hAnsi="TH Sarabun New" w:cs="TH Sarabun New"/>
            <w:color w:val="auto"/>
            <w:szCs w:val="32"/>
            <w:lang w:bidi="th-TH"/>
          </w:rPr>
          <w:fldChar w:fldCharType="begin"/>
        </w:r>
        <w:r w:rsidR="00485CDC" w:rsidRPr="00485CDC">
          <w:rPr>
            <w:rFonts w:ascii="TH Sarabun New" w:eastAsia="Times New Roman" w:hAnsi="TH Sarabun New" w:cs="TH Sarabun New"/>
            <w:color w:val="auto"/>
            <w:szCs w:val="32"/>
            <w:lang w:bidi="th-TH"/>
          </w:rPr>
          <w:instrText xml:space="preserve"> PAGE </w:instrText>
        </w:r>
        <w:r w:rsidR="00485CDC" w:rsidRPr="00485CDC">
          <w:rPr>
            <w:rFonts w:ascii="TH Sarabun New" w:eastAsia="Times New Roman" w:hAnsi="TH Sarabun New" w:cs="TH Sarabun New"/>
            <w:color w:val="auto"/>
            <w:szCs w:val="32"/>
            <w:lang w:bidi="th-TH"/>
          </w:rPr>
          <w:fldChar w:fldCharType="separate"/>
        </w:r>
        <w:r w:rsidR="00485CDC" w:rsidRPr="00485CDC">
          <w:rPr>
            <w:rFonts w:ascii="TH Sarabun New" w:eastAsia="Times New Roman" w:hAnsi="TH Sarabun New" w:cs="TH Sarabun New"/>
            <w:color w:val="auto"/>
            <w:sz w:val="24"/>
            <w:szCs w:val="32"/>
            <w:lang w:bidi="th-TH"/>
          </w:rPr>
          <w:t>1</w:t>
        </w:r>
        <w:r w:rsidR="00485CDC" w:rsidRPr="00485CDC">
          <w:rPr>
            <w:rFonts w:ascii="TH Sarabun New" w:eastAsia="Times New Roman" w:hAnsi="TH Sarabun New" w:cs="TH Sarabun New"/>
            <w:color w:val="auto"/>
            <w:szCs w:val="32"/>
            <w:lang w:bidi="th-TH"/>
          </w:rPr>
          <w:fldChar w:fldCharType="end"/>
        </w:r>
        <w:r w:rsidR="00485CDC" w:rsidRPr="00485CDC">
          <w:rPr>
            <w:rFonts w:ascii="TH Sarabun New" w:eastAsia="Times New Roman" w:hAnsi="TH Sarabun New" w:cs="TH Sarabun New"/>
            <w:color w:val="auto"/>
            <w:szCs w:val="32"/>
            <w:cs/>
            <w:lang w:bidi="th-TH"/>
          </w:rPr>
          <w:t xml:space="preserve"> - </w:t>
        </w:r>
        <w:r w:rsidR="00485CDC" w:rsidRPr="00485CDC">
          <w:rPr>
            <w:rFonts w:ascii="TH Sarabun New" w:eastAsia="Times New Roman" w:hAnsi="TH Sarabun New" w:cs="TH Sarabun New"/>
            <w:color w:val="auto"/>
            <w:szCs w:val="32"/>
            <w:lang w:bidi="th-TH"/>
          </w:rPr>
          <w:fldChar w:fldCharType="begin"/>
        </w:r>
        <w:r w:rsidR="00485CDC" w:rsidRPr="00485CDC">
          <w:rPr>
            <w:rFonts w:ascii="TH Sarabun New" w:eastAsia="Times New Roman" w:hAnsi="TH Sarabun New" w:cs="TH Sarabun New"/>
            <w:color w:val="auto"/>
            <w:szCs w:val="32"/>
            <w:lang w:bidi="th-TH"/>
          </w:rPr>
          <w:instrText xml:space="preserve"> NUMPAGES  </w:instrText>
        </w:r>
        <w:r w:rsidR="00485CDC" w:rsidRPr="00485CDC">
          <w:rPr>
            <w:rFonts w:ascii="TH Sarabun New" w:eastAsia="Times New Roman" w:hAnsi="TH Sarabun New" w:cs="TH Sarabun New"/>
            <w:color w:val="auto"/>
            <w:szCs w:val="32"/>
            <w:lang w:bidi="th-TH"/>
          </w:rPr>
          <w:fldChar w:fldCharType="separate"/>
        </w:r>
        <w:r w:rsidR="00485CDC" w:rsidRPr="00485CDC">
          <w:rPr>
            <w:rFonts w:ascii="TH Sarabun New" w:eastAsia="Times New Roman" w:hAnsi="TH Sarabun New" w:cs="TH Sarabun New"/>
            <w:color w:val="auto"/>
            <w:sz w:val="24"/>
            <w:szCs w:val="32"/>
            <w:lang w:bidi="th-TH"/>
          </w:rPr>
          <w:t>11</w:t>
        </w:r>
        <w:r w:rsidR="00485CDC" w:rsidRPr="00485CDC">
          <w:rPr>
            <w:rFonts w:ascii="TH Sarabun New" w:eastAsia="Times New Roman" w:hAnsi="TH Sarabun New" w:cs="TH Sarabun New"/>
            <w:color w:val="auto"/>
            <w:szCs w:val="32"/>
            <w:lang w:bidi="th-TH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DCCA0" w14:textId="77777777" w:rsidR="00977176" w:rsidRDefault="00977176" w:rsidP="00EB21D9">
      <w:pPr>
        <w:spacing w:after="0" w:line="240" w:lineRule="auto"/>
      </w:pPr>
      <w:r>
        <w:separator/>
      </w:r>
    </w:p>
  </w:footnote>
  <w:footnote w:type="continuationSeparator" w:id="0">
    <w:p w14:paraId="784A4A06" w14:textId="77777777" w:rsidR="00977176" w:rsidRDefault="00977176" w:rsidP="00EB21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CCCFE" w14:textId="77777777" w:rsidR="00EB21D9" w:rsidRPr="00EB21D9" w:rsidRDefault="00EB21D9" w:rsidP="00EB21D9">
    <w:pPr>
      <w:tabs>
        <w:tab w:val="center" w:pos="4153"/>
        <w:tab w:val="right" w:pos="9356"/>
      </w:tabs>
      <w:spacing w:after="0" w:line="240" w:lineRule="auto"/>
      <w:ind w:right="360"/>
      <w:jc w:val="right"/>
      <w:rPr>
        <w:rFonts w:ascii="TH Sarabun New" w:eastAsia="SimSun" w:hAnsi="TH Sarabun New" w:cs="TH Sarabun New"/>
        <w:color w:val="auto"/>
        <w:szCs w:val="36"/>
        <w:lang w:bidi="th-TH"/>
      </w:rPr>
    </w:pPr>
    <w:r w:rsidRPr="00EB21D9">
      <w:rPr>
        <w:rFonts w:ascii="TH Sarabun New" w:eastAsia="SimSun" w:hAnsi="TH Sarabun New" w:cs="TH Sarabun New"/>
        <w:color w:val="auto"/>
        <w:sz w:val="20"/>
        <w:szCs w:val="20"/>
        <w:lang w:bidi="th-TH"/>
      </w:rPr>
      <w:t xml:space="preserve">     </w:t>
    </w:r>
    <w:r w:rsidRPr="00EB21D9">
      <w:rPr>
        <w:rFonts w:ascii="TH Sarabun New" w:eastAsia="SimSun" w:hAnsi="TH Sarabun New" w:cs="TH Sarabun New"/>
        <w:color w:val="auto"/>
        <w:szCs w:val="36"/>
        <w:lang w:bidi="th-TH"/>
      </w:rPr>
      <w:t>AF 01-12</w:t>
    </w:r>
  </w:p>
  <w:tbl>
    <w:tblPr>
      <w:tblW w:w="9691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2858"/>
      <w:gridCol w:w="6833"/>
    </w:tblGrid>
    <w:tr w:rsidR="00EB21D9" w:rsidRPr="00EB21D9" w14:paraId="5358097C" w14:textId="77777777" w:rsidTr="009702A3">
      <w:trPr>
        <w:trHeight w:val="770"/>
        <w:jc w:val="center"/>
      </w:trPr>
      <w:tc>
        <w:tcPr>
          <w:tcW w:w="2858" w:type="dxa"/>
          <w:vMerge w:val="restart"/>
          <w:vAlign w:val="center"/>
        </w:tcPr>
        <w:p w14:paraId="29710EBB" w14:textId="77777777" w:rsidR="00EB21D9" w:rsidRPr="00EB21D9" w:rsidRDefault="00EB21D9" w:rsidP="00EB21D9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TH Sarabun New" w:eastAsia="Times New Roman" w:hAnsi="TH Sarabun New" w:cs="TH Sarabun New"/>
              <w:b/>
              <w:bCs/>
              <w:color w:val="auto"/>
              <w:szCs w:val="32"/>
              <w:lang w:bidi="th-TH"/>
            </w:rPr>
          </w:pPr>
          <w:r w:rsidRPr="00EB21D9">
            <w:rPr>
              <w:rFonts w:ascii="Times New Roman" w:eastAsia="Times New Roman" w:hAnsi="Times New Roman" w:cs="Angsana New"/>
              <w:noProof/>
              <w:color w:val="auto"/>
              <w:sz w:val="24"/>
              <w:szCs w:val="28"/>
              <w:lang w:bidi="th-TH"/>
            </w:rPr>
            <w:drawing>
              <wp:inline distT="0" distB="0" distL="0" distR="0" wp14:anchorId="0FF55EE4" wp14:editId="5345FA90">
                <wp:extent cx="1441450" cy="635000"/>
                <wp:effectExtent l="0" t="0" r="6350" b="0"/>
                <wp:docPr id="543015420" name="Picture 2" descr="A logo with a purple design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 logo with a purple design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145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33" w:type="dxa"/>
          <w:vAlign w:val="center"/>
        </w:tcPr>
        <w:p w14:paraId="714EE955" w14:textId="77777777" w:rsidR="00EB21D9" w:rsidRPr="00EB21D9" w:rsidRDefault="00EB21D9" w:rsidP="00EB21D9">
          <w:pPr>
            <w:tabs>
              <w:tab w:val="center" w:pos="4513"/>
              <w:tab w:val="right" w:pos="9026"/>
            </w:tabs>
            <w:spacing w:after="0"/>
            <w:jc w:val="center"/>
            <w:rPr>
              <w:rFonts w:ascii="TH Sarabun New" w:eastAsia="Times New Roman" w:hAnsi="TH Sarabun New" w:cs="TH Sarabun New"/>
              <w:b/>
              <w:bCs/>
              <w:color w:val="auto"/>
              <w:sz w:val="36"/>
              <w:szCs w:val="36"/>
              <w:lang w:bidi="th-TH"/>
            </w:rPr>
          </w:pPr>
          <w:r w:rsidRPr="00EB21D9">
            <w:rPr>
              <w:rFonts w:ascii="TH Sarabun New" w:eastAsia="Times New Roman" w:hAnsi="TH Sarabun New" w:cs="TH Sarabun New"/>
              <w:b/>
              <w:bCs/>
              <w:color w:val="auto"/>
              <w:sz w:val="36"/>
              <w:szCs w:val="36"/>
              <w:cs/>
              <w:lang w:bidi="th-TH"/>
            </w:rPr>
            <w:t>คณะกรรมการจริยธรรมการวิจัยในมนุษย์</w:t>
          </w:r>
        </w:p>
        <w:p w14:paraId="7B5A5411" w14:textId="77777777" w:rsidR="00EB21D9" w:rsidRPr="00EB21D9" w:rsidRDefault="00EB21D9" w:rsidP="00EB21D9">
          <w:pPr>
            <w:autoSpaceDE w:val="0"/>
            <w:autoSpaceDN w:val="0"/>
            <w:adjustRightInd w:val="0"/>
            <w:spacing w:after="0" w:line="240" w:lineRule="auto"/>
            <w:ind w:left="-648" w:firstLine="648"/>
            <w:jc w:val="center"/>
            <w:rPr>
              <w:rFonts w:ascii="TH Sarabun New" w:eastAsia="Times New Roman" w:hAnsi="TH Sarabun New" w:cs="TH Sarabun New"/>
              <w:b/>
              <w:bCs/>
              <w:color w:val="auto"/>
              <w:szCs w:val="32"/>
              <w:lang w:bidi="th-TH"/>
            </w:rPr>
          </w:pPr>
          <w:r w:rsidRPr="00EB21D9">
            <w:rPr>
              <w:rFonts w:ascii="TH Sarabun New" w:eastAsia="Times New Roman" w:hAnsi="TH Sarabun New" w:cs="TH Sarabun New"/>
              <w:b/>
              <w:bCs/>
              <w:color w:val="auto"/>
              <w:sz w:val="36"/>
              <w:szCs w:val="36"/>
              <w:cs/>
              <w:lang w:bidi="th-TH"/>
            </w:rPr>
            <w:t>มหาวิทยาลัยธุรกิจบัณฑิตย์</w:t>
          </w:r>
        </w:p>
      </w:tc>
    </w:tr>
    <w:tr w:rsidR="00EB21D9" w:rsidRPr="00EB21D9" w14:paraId="0E7DECE2" w14:textId="77777777" w:rsidTr="009702A3">
      <w:trPr>
        <w:trHeight w:val="698"/>
        <w:jc w:val="center"/>
      </w:trPr>
      <w:tc>
        <w:tcPr>
          <w:tcW w:w="2858" w:type="dxa"/>
          <w:vMerge/>
          <w:vAlign w:val="center"/>
        </w:tcPr>
        <w:p w14:paraId="7370B6E1" w14:textId="77777777" w:rsidR="00EB21D9" w:rsidRPr="00EB21D9" w:rsidRDefault="00EB21D9" w:rsidP="00EB21D9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TH Sarabun New" w:eastAsia="Times New Roman" w:hAnsi="TH Sarabun New" w:cs="TH Sarabun New"/>
              <w:noProof/>
              <w:color w:val="auto"/>
              <w:szCs w:val="32"/>
              <w:lang w:bidi="th-TH"/>
            </w:rPr>
          </w:pPr>
        </w:p>
      </w:tc>
      <w:tc>
        <w:tcPr>
          <w:tcW w:w="6833" w:type="dxa"/>
          <w:vAlign w:val="center"/>
        </w:tcPr>
        <w:p w14:paraId="4624D7F7" w14:textId="77777777" w:rsidR="00EB21D9" w:rsidRPr="00EB21D9" w:rsidRDefault="00EB21D9" w:rsidP="00EB21D9">
          <w:pPr>
            <w:tabs>
              <w:tab w:val="center" w:pos="4513"/>
              <w:tab w:val="right" w:pos="9026"/>
            </w:tabs>
            <w:spacing w:after="0" w:line="240" w:lineRule="auto"/>
            <w:jc w:val="center"/>
            <w:rPr>
              <w:rFonts w:ascii="TH Sarabun New" w:eastAsia="Times New Roman" w:hAnsi="TH Sarabun New" w:cs="TH Sarabun New"/>
              <w:b/>
              <w:bCs/>
              <w:color w:val="auto"/>
              <w:szCs w:val="32"/>
              <w:lang w:bidi="th-TH"/>
            </w:rPr>
          </w:pPr>
          <w:r w:rsidRPr="00EB21D9">
            <w:rPr>
              <w:rFonts w:ascii="TH Sarabun New" w:hAnsi="TH Sarabun New" w:cs="TH Sarabun New"/>
              <w:b/>
              <w:color w:val="auto"/>
              <w:sz w:val="36"/>
            </w:rPr>
            <w:t>แบบฟอร์มการประเมินการเปิดเผยผลประโยชน์ทับซ้อน</w:t>
          </w:r>
          <w:r w:rsidRPr="00EB21D9">
            <w:rPr>
              <w:rFonts w:ascii="TH Sarabun New" w:hAnsi="TH Sarabun New" w:cs="TH Sarabun New"/>
              <w:b/>
              <w:color w:val="auto"/>
              <w:sz w:val="36"/>
            </w:rPr>
            <w:br/>
          </w:r>
          <w:r w:rsidRPr="00EB21D9">
            <w:rPr>
              <w:rFonts w:ascii="TH Sarabun New" w:eastAsia="Times New Roman" w:hAnsi="TH Sarabun New" w:cs="TH Sarabun New"/>
              <w:b/>
              <w:bCs/>
              <w:color w:val="auto"/>
              <w:szCs w:val="32"/>
              <w:lang w:bidi="th-TH"/>
            </w:rPr>
            <w:t xml:space="preserve">Conflict of Interest Evaluation Form </w:t>
          </w:r>
        </w:p>
      </w:tc>
    </w:tr>
  </w:tbl>
  <w:p w14:paraId="6967EE2B" w14:textId="77777777" w:rsidR="00EB21D9" w:rsidRDefault="00EB21D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25084003">
    <w:abstractNumId w:val="8"/>
  </w:num>
  <w:num w:numId="2" w16cid:durableId="2093693574">
    <w:abstractNumId w:val="6"/>
  </w:num>
  <w:num w:numId="3" w16cid:durableId="904025609">
    <w:abstractNumId w:val="5"/>
  </w:num>
  <w:num w:numId="4" w16cid:durableId="473528421">
    <w:abstractNumId w:val="4"/>
  </w:num>
  <w:num w:numId="5" w16cid:durableId="915473723">
    <w:abstractNumId w:val="7"/>
  </w:num>
  <w:num w:numId="6" w16cid:durableId="1017855744">
    <w:abstractNumId w:val="3"/>
  </w:num>
  <w:num w:numId="7" w16cid:durableId="1102451175">
    <w:abstractNumId w:val="2"/>
  </w:num>
  <w:num w:numId="8" w16cid:durableId="1324969554">
    <w:abstractNumId w:val="1"/>
  </w:num>
  <w:num w:numId="9" w16cid:durableId="1739329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D1F"/>
    <w:rsid w:val="00034616"/>
    <w:rsid w:val="0006063C"/>
    <w:rsid w:val="000B458D"/>
    <w:rsid w:val="0015074B"/>
    <w:rsid w:val="00156145"/>
    <w:rsid w:val="00170F0E"/>
    <w:rsid w:val="0029639D"/>
    <w:rsid w:val="0030592D"/>
    <w:rsid w:val="00326F90"/>
    <w:rsid w:val="00423B1A"/>
    <w:rsid w:val="004806B3"/>
    <w:rsid w:val="00485CDC"/>
    <w:rsid w:val="005D284B"/>
    <w:rsid w:val="00645B85"/>
    <w:rsid w:val="0066222F"/>
    <w:rsid w:val="00673DA1"/>
    <w:rsid w:val="007812B7"/>
    <w:rsid w:val="00894F6B"/>
    <w:rsid w:val="00977176"/>
    <w:rsid w:val="00A037EB"/>
    <w:rsid w:val="00A1097A"/>
    <w:rsid w:val="00A50905"/>
    <w:rsid w:val="00AA1D8D"/>
    <w:rsid w:val="00B47730"/>
    <w:rsid w:val="00CB0664"/>
    <w:rsid w:val="00D9224E"/>
    <w:rsid w:val="00DA252F"/>
    <w:rsid w:val="00DC5356"/>
    <w:rsid w:val="00E1094B"/>
    <w:rsid w:val="00EB0CBE"/>
    <w:rsid w:val="00EB21D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0CA3BF"/>
  <w14:defaultImageDpi w14:val="300"/>
  <w15:docId w15:val="{93677A9C-7B6F-4CED-882D-29CDB83E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ngsana New" w:hAnsi="Angsana New"/>
      <w:color w:val="000000"/>
      <w:sz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Skulthip Anantarag</cp:lastModifiedBy>
  <cp:revision>2</cp:revision>
  <dcterms:created xsi:type="dcterms:W3CDTF">2026-09-24T04:57:00Z</dcterms:created>
  <dcterms:modified xsi:type="dcterms:W3CDTF">2026-09-24T04:57:00Z</dcterms:modified>
  <cp:category/>
</cp:coreProperties>
</file>